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D4EA8" w14:textId="6632200B" w:rsidR="00F613D9" w:rsidRDefault="005233F2">
      <w:pPr>
        <w:spacing w:after="480"/>
        <w:jc w:val="center"/>
      </w:pPr>
      <w:r>
        <w:rPr>
          <w:b/>
          <w:sz w:val="28"/>
        </w:rPr>
        <w:t>TERMO DE COMPROMISSO E RESPONSABILIDADE</w:t>
      </w:r>
    </w:p>
    <w:p w14:paraId="314F80FD" w14:textId="7A7DF066" w:rsidR="00F613D9" w:rsidRPr="00767D0E" w:rsidRDefault="005233F2">
      <w:pPr>
        <w:ind w:firstLine="709"/>
        <w:jc w:val="both"/>
      </w:pPr>
      <w:r w:rsidRPr="00767D0E">
        <w:t xml:space="preserve">Pelo presente TERMO DE COMPROMISSO E RESPONSABILIDADE, eu </w:t>
      </w:r>
      <w:r w:rsidR="009C6D3B" w:rsidRPr="00767D0E">
        <w:t>________ ___________</w:t>
      </w:r>
      <w:r w:rsidRPr="00767D0E">
        <w:t xml:space="preserve">, Matrícula n.º </w:t>
      </w:r>
      <w:r w:rsidR="009C6D3B" w:rsidRPr="00767D0E">
        <w:rPr>
          <w:b/>
        </w:rPr>
        <w:t>___________</w:t>
      </w:r>
      <w:r w:rsidRPr="00767D0E">
        <w:t xml:space="preserve">, ocupante do cargo de </w:t>
      </w:r>
      <w:r w:rsidR="009C6D3B" w:rsidRPr="00767D0E">
        <w:t>________________</w:t>
      </w:r>
      <w:r w:rsidRPr="00767D0E">
        <w:t xml:space="preserve">, lotado(a) na </w:t>
      </w:r>
      <w:r w:rsidR="009C6D3B" w:rsidRPr="00767D0E">
        <w:t>___________________</w:t>
      </w:r>
      <w:r w:rsidRPr="00767D0E">
        <w:t xml:space="preserve">, </w:t>
      </w:r>
      <w:r w:rsidR="009C6D3B" w:rsidRPr="00767D0E">
        <w:t xml:space="preserve">do </w:t>
      </w:r>
      <w:r w:rsidRPr="00767D0E">
        <w:t xml:space="preserve">Tribunal Regional Eleitoral de Goiás (TRE-GO), </w:t>
      </w:r>
      <w:r w:rsidR="00D901A9" w:rsidRPr="00767D0E">
        <w:t xml:space="preserve">solicito, sem prejuízo de meus vencimentos, minha </w:t>
      </w:r>
      <w:r w:rsidRPr="00767D0E">
        <w:t xml:space="preserve">inscrição </w:t>
      </w:r>
      <w:r w:rsidR="00D901A9" w:rsidRPr="00767D0E">
        <w:t xml:space="preserve">no Programa </w:t>
      </w:r>
      <w:r w:rsidRPr="00767D0E">
        <w:t xml:space="preserve">de Pós-Graduação </w:t>
      </w:r>
      <w:r w:rsidRPr="00767D0E">
        <w:rPr>
          <w:i/>
          <w:iCs/>
        </w:rPr>
        <w:t>stricto sensu</w:t>
      </w:r>
      <w:r w:rsidRPr="00767D0E">
        <w:t xml:space="preserve">, em nível de </w:t>
      </w:r>
      <w:r w:rsidR="009C6D3B" w:rsidRPr="00767D0E">
        <w:t>_________</w:t>
      </w:r>
      <w:r w:rsidRPr="00767D0E">
        <w:rPr>
          <w:b/>
        </w:rPr>
        <w:t xml:space="preserve"> Profissional</w:t>
      </w:r>
      <w:r w:rsidRPr="00767D0E">
        <w:t xml:space="preserve">, na área de </w:t>
      </w:r>
      <w:r w:rsidR="009C6D3B" w:rsidRPr="00767D0E">
        <w:t>_______________</w:t>
      </w:r>
      <w:r w:rsidRPr="00767D0E">
        <w:t xml:space="preserve">, na </w:t>
      </w:r>
      <w:r w:rsidRPr="00767D0E">
        <w:rPr>
          <w:b/>
        </w:rPr>
        <w:t xml:space="preserve">Universidade Federal </w:t>
      </w:r>
      <w:r w:rsidR="00ED5993">
        <w:rPr>
          <w:b/>
        </w:rPr>
        <w:t>de Goiás</w:t>
      </w:r>
      <w:r w:rsidRPr="00767D0E">
        <w:t xml:space="preserve">, localizada na cidade de </w:t>
      </w:r>
      <w:r w:rsidR="00ED5993">
        <w:t>Goiânia-GO</w:t>
      </w:r>
      <w:r w:rsidRPr="00767D0E">
        <w:t>, tendo sido autorizado(a) pela dirigente máxima desta instituição, assumo os seguintes compromissos:</w:t>
      </w:r>
    </w:p>
    <w:p w14:paraId="52142A6C" w14:textId="77777777" w:rsidR="00F613D9" w:rsidRDefault="005233F2" w:rsidP="009C6D3B">
      <w:pPr>
        <w:pStyle w:val="Numerada"/>
        <w:numPr>
          <w:ilvl w:val="0"/>
          <w:numId w:val="2"/>
        </w:numPr>
        <w:spacing w:after="160"/>
        <w:jc w:val="both"/>
      </w:pPr>
      <w:r>
        <w:t>Em caso de reprovação em disciplina, deverei arcar com os custos para cursá-la novamente, caso necessário;</w:t>
      </w:r>
    </w:p>
    <w:p w14:paraId="6AAC5A22" w14:textId="77777777" w:rsidR="00F613D9" w:rsidRDefault="005233F2" w:rsidP="009C6D3B">
      <w:pPr>
        <w:pStyle w:val="Numerada"/>
        <w:numPr>
          <w:ilvl w:val="0"/>
          <w:numId w:val="2"/>
        </w:numPr>
        <w:spacing w:after="160"/>
        <w:jc w:val="both"/>
      </w:pPr>
      <w:r>
        <w:t>Concluir o curso dentro do prazo máximo estipulado pela unidade promotora;</w:t>
      </w:r>
    </w:p>
    <w:p w14:paraId="014EFCB8" w14:textId="74E8CD5D" w:rsidR="0049623B" w:rsidRPr="00767D0E" w:rsidRDefault="0049623B" w:rsidP="00767D0E">
      <w:pPr>
        <w:pStyle w:val="Numerada"/>
        <w:numPr>
          <w:ilvl w:val="0"/>
          <w:numId w:val="2"/>
        </w:numPr>
        <w:spacing w:after="160"/>
        <w:jc w:val="both"/>
      </w:pPr>
      <w:r w:rsidRPr="00767D0E">
        <w:t>Disponibilizar ao TRE-GO os trabalhos, produtos técnicos, científicos ou tecnológicos desenvolvidos no âmbito do curso, assegurando-lhe, sem ônus adicional, o direito não exclusivo de utilização, reprodução, publicação, divulgação, compartilhamento, implementação e aperfeiçoamento para fins institucionais, preservados os direitos morais de autoria, o sigilo, a proteção de dados pessoais e os direitos eventualmente pertencentes à instituição de ensino, aos orientadores, aos coautores ou a terceiros;</w:t>
      </w:r>
    </w:p>
    <w:p w14:paraId="41FEA9D1" w14:textId="120FC03F" w:rsidR="00F613D9" w:rsidRDefault="005233F2" w:rsidP="009C6D3B">
      <w:pPr>
        <w:pStyle w:val="Numerada"/>
        <w:numPr>
          <w:ilvl w:val="0"/>
          <w:numId w:val="2"/>
        </w:numPr>
        <w:spacing w:after="160"/>
        <w:jc w:val="both"/>
      </w:pPr>
      <w:r>
        <w:t>Permanecer como servidor(a) ativo(a) do TRE-GO pelo mesmo período de duração do curso após a sua conclusão;</w:t>
      </w:r>
    </w:p>
    <w:p w14:paraId="61C583E0" w14:textId="77777777" w:rsidR="00F613D9" w:rsidRDefault="005233F2" w:rsidP="009C6D3B">
      <w:pPr>
        <w:pStyle w:val="Numerada"/>
        <w:numPr>
          <w:ilvl w:val="0"/>
          <w:numId w:val="2"/>
        </w:numPr>
        <w:spacing w:after="160"/>
        <w:jc w:val="both"/>
      </w:pPr>
      <w:r>
        <w:t>Ressarcir o TRE-GO, proporcionalmente, do valor financiado em caso de descumprimento do item 4.</w:t>
      </w:r>
    </w:p>
    <w:p w14:paraId="7161171E" w14:textId="77777777" w:rsidR="00F613D9" w:rsidRDefault="005233F2">
      <w:pPr>
        <w:spacing w:before="80" w:after="160"/>
      </w:pPr>
      <w:r>
        <w:t>Fico ciente desde já de que:</w:t>
      </w:r>
    </w:p>
    <w:p w14:paraId="2A5DD9CD" w14:textId="0AD818B7" w:rsidR="00EF32F5" w:rsidRPr="00767D0E" w:rsidRDefault="00EA0DDF" w:rsidP="00767D0E">
      <w:pPr>
        <w:numPr>
          <w:ilvl w:val="0"/>
          <w:numId w:val="1"/>
        </w:numPr>
        <w:ind w:left="709" w:hanging="312"/>
        <w:jc w:val="both"/>
      </w:pPr>
      <w:r w:rsidRPr="00767D0E">
        <w:t xml:space="preserve">Não será concedido ao(à) servidor(a), durante a realização do curso, o afastamento para participação em programa de pós-graduação </w:t>
      </w:r>
      <w:r w:rsidRPr="00767D0E">
        <w:rPr>
          <w:i/>
          <w:iCs/>
        </w:rPr>
        <w:t>stricto sensu</w:t>
      </w:r>
      <w:r w:rsidRPr="00767D0E">
        <w:t xml:space="preserve"> no País previsto no art. 96-A da Lei nº 8.112/1990</w:t>
      </w:r>
      <w:r w:rsidR="00EF32F5" w:rsidRPr="00767D0E">
        <w:t>;</w:t>
      </w:r>
    </w:p>
    <w:p w14:paraId="12E615AB" w14:textId="30CCA916" w:rsidR="004E5F65" w:rsidRPr="00B11961" w:rsidRDefault="004E5F65" w:rsidP="00B11961">
      <w:pPr>
        <w:numPr>
          <w:ilvl w:val="0"/>
          <w:numId w:val="1"/>
        </w:numPr>
        <w:ind w:left="709" w:hanging="312"/>
        <w:jc w:val="both"/>
      </w:pPr>
      <w:r w:rsidRPr="00B11961">
        <w:t>Não serão concedidas diárias e passagens aos(às) servidores(as) estudantes, uma vez que a contrapartida do TRE-GO para a capacitação consistirá no investimento pactuado por meio do Convênio/TED firmado com a UF</w:t>
      </w:r>
      <w:r w:rsidR="00ED5993">
        <w:t>G</w:t>
      </w:r>
      <w:r w:rsidR="00531294" w:rsidRPr="00B11961">
        <w:t>;</w:t>
      </w:r>
    </w:p>
    <w:p w14:paraId="6CBFBF25" w14:textId="6763C96B" w:rsidR="00531294" w:rsidRPr="00B11961" w:rsidRDefault="00413D0E" w:rsidP="00B11961">
      <w:pPr>
        <w:numPr>
          <w:ilvl w:val="0"/>
          <w:numId w:val="1"/>
        </w:numPr>
        <w:ind w:left="709" w:hanging="312"/>
        <w:jc w:val="both"/>
      </w:pPr>
      <w:r w:rsidRPr="00B11961">
        <w:t>Será concedido horário especial ao(à) servidor(a) estudante quando as aulas presenciais ou demais atividades acadêmicas obrigatórias coincidirem, total ou parcialmente, com sua jornada de trabalho, nos termos do art. 98 da Lei nº 8.112/1990. A compensação das horas não trabalhadas em razão da concessão do horário especial observará os procedimentos, prazos e limites estabelecidos nos normativos vigentes</w:t>
      </w:r>
      <w:r w:rsidR="00930699" w:rsidRPr="00B11961">
        <w:t>;</w:t>
      </w:r>
    </w:p>
    <w:p w14:paraId="5650871E" w14:textId="7E1E9501" w:rsidR="00F613D9" w:rsidRDefault="005233F2">
      <w:pPr>
        <w:numPr>
          <w:ilvl w:val="0"/>
          <w:numId w:val="1"/>
        </w:numPr>
        <w:ind w:left="709" w:hanging="312"/>
        <w:jc w:val="both"/>
      </w:pPr>
      <w:r>
        <w:t>Em caso de não conclusão do curso, deverei ressarcir ao TRE-GO o valor integral correspondente ao de uma vaga na modalidade e área do curso escolhido, objeto deste termo de compromisso e responsabilidade, conforme previsto no contrato firmado entre o TRE-GO e a UF</w:t>
      </w:r>
      <w:r w:rsidR="00ED5993">
        <w:t>G</w:t>
      </w:r>
      <w:r>
        <w:t>;</w:t>
      </w:r>
    </w:p>
    <w:p w14:paraId="6A5C6070" w14:textId="415AA304" w:rsidR="00F613D9" w:rsidRDefault="005233F2">
      <w:pPr>
        <w:numPr>
          <w:ilvl w:val="0"/>
          <w:numId w:val="1"/>
        </w:numPr>
        <w:ind w:left="709" w:hanging="312"/>
        <w:jc w:val="both"/>
      </w:pPr>
      <w:r>
        <w:t xml:space="preserve">Em caso de desligamento do quadro de pessoal do TRE-GO, sob qualquer das formas, deverei ressarcir ao Tribunal o valor total correspondente a uma vaga previsto no contrato </w:t>
      </w:r>
      <w:r>
        <w:lastRenderedPageBreak/>
        <w:t>firmado entre o Tribunal e a UF</w:t>
      </w:r>
      <w:r w:rsidR="00ED5993">
        <w:t>G</w:t>
      </w:r>
      <w:r>
        <w:t xml:space="preserve"> para o curso objeto deste termo de compromisso e responsabilidade;</w:t>
      </w:r>
    </w:p>
    <w:p w14:paraId="74ECA105" w14:textId="3ED4A26D" w:rsidR="00F613D9" w:rsidRDefault="005233F2">
      <w:pPr>
        <w:numPr>
          <w:ilvl w:val="0"/>
          <w:numId w:val="1"/>
        </w:numPr>
        <w:ind w:left="709" w:hanging="312"/>
        <w:jc w:val="both"/>
      </w:pPr>
      <w:r>
        <w:t xml:space="preserve">Concluída a participação do servidor no curso de Pós-Graduação em </w:t>
      </w:r>
      <w:r w:rsidR="00ED5993">
        <w:t>Direito e Políticas Públicas</w:t>
      </w:r>
      <w:r>
        <w:t xml:space="preserve">, só será concedida licença para tratar de interesses particulares e redistribuição após decorrido tempo de efetivo exercício igual ou superior ao período do curso, salvo mediante indenização ao TRE-GO das despesas realizadas no mencionado período, na forma definida </w:t>
      </w:r>
      <w:proofErr w:type="spellStart"/>
      <w:r>
        <w:t>neste</w:t>
      </w:r>
      <w:proofErr w:type="spellEnd"/>
      <w:r>
        <w:t xml:space="preserve"> Termo de Compromisso e Responsabilidade;</w:t>
      </w:r>
    </w:p>
    <w:p w14:paraId="34EA3215" w14:textId="77777777" w:rsidR="00F613D9" w:rsidRDefault="005233F2">
      <w:pPr>
        <w:numPr>
          <w:ilvl w:val="0"/>
          <w:numId w:val="1"/>
        </w:numPr>
        <w:ind w:left="709" w:hanging="312"/>
        <w:jc w:val="both"/>
      </w:pPr>
      <w:r>
        <w:t>Em casos fortuitos ou de força maior, a critério da Administração, o beneficiário poderá ser dispensado da obrigação de restituir os valores definidos neste Termo.</w:t>
      </w:r>
    </w:p>
    <w:p w14:paraId="17900D73" w14:textId="77777777" w:rsidR="00F613D9" w:rsidRDefault="005233F2">
      <w:pPr>
        <w:spacing w:before="280"/>
        <w:ind w:firstLine="709"/>
        <w:jc w:val="both"/>
      </w:pPr>
      <w:r>
        <w:t>Declaro que tenho conhecimento e aceito sem restrições as disposições contidas no presente que segue por mim assinado.</w:t>
      </w:r>
    </w:p>
    <w:p w14:paraId="0C60A2A3" w14:textId="0909210E" w:rsidR="00F613D9" w:rsidRDefault="005233F2">
      <w:pPr>
        <w:spacing w:before="440"/>
        <w:jc w:val="right"/>
      </w:pPr>
      <w:r>
        <w:rPr>
          <w:b/>
        </w:rPr>
        <w:t xml:space="preserve">Goiânia, </w:t>
      </w:r>
      <w:r w:rsidR="00392AD6">
        <w:rPr>
          <w:b/>
        </w:rPr>
        <w:t>___</w:t>
      </w:r>
      <w:r>
        <w:rPr>
          <w:b/>
        </w:rPr>
        <w:t xml:space="preserve"> de </w:t>
      </w:r>
      <w:r w:rsidR="00E419AF">
        <w:rPr>
          <w:b/>
        </w:rPr>
        <w:t>_______</w:t>
      </w:r>
      <w:r>
        <w:rPr>
          <w:b/>
        </w:rPr>
        <w:t xml:space="preserve"> </w:t>
      </w:r>
      <w:proofErr w:type="spellStart"/>
      <w:r>
        <w:rPr>
          <w:b/>
        </w:rPr>
        <w:t>de</w:t>
      </w:r>
      <w:proofErr w:type="spellEnd"/>
      <w:r>
        <w:rPr>
          <w:b/>
        </w:rPr>
        <w:t xml:space="preserve"> 2026.</w:t>
      </w:r>
    </w:p>
    <w:p w14:paraId="724C00FB" w14:textId="77777777" w:rsidR="00F613D9" w:rsidRDefault="005233F2">
      <w:pPr>
        <w:spacing w:before="640"/>
        <w:jc w:val="center"/>
      </w:pPr>
      <w:r>
        <w:rPr>
          <w:sz w:val="22"/>
        </w:rPr>
        <w:t>______________________________________________</w:t>
      </w:r>
    </w:p>
    <w:p w14:paraId="68CE9F1B" w14:textId="6B21D924" w:rsidR="00F613D9" w:rsidRDefault="00392AD6">
      <w:pPr>
        <w:spacing w:after="0"/>
        <w:jc w:val="center"/>
      </w:pPr>
      <w:r>
        <w:rPr>
          <w:b/>
        </w:rPr>
        <w:t>[nome do servidor(a)]</w:t>
      </w:r>
    </w:p>
    <w:p w14:paraId="59BACDD0" w14:textId="6AF0115B" w:rsidR="00F613D9" w:rsidRDefault="007C77F7">
      <w:pPr>
        <w:spacing w:after="0"/>
        <w:jc w:val="center"/>
      </w:pPr>
      <w:r>
        <w:t>Cargo _________________________ - Matrícula ____________</w:t>
      </w:r>
    </w:p>
    <w:sectPr w:rsidR="00F613D9" w:rsidSect="00034616">
      <w:footerReference w:type="default" r:id="rId8"/>
      <w:pgSz w:w="11906" w:h="16838"/>
      <w:pgMar w:top="1304" w:right="1247" w:bottom="124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69912" w14:textId="77777777" w:rsidR="00A86078" w:rsidRDefault="00A86078">
      <w:pPr>
        <w:spacing w:after="0" w:line="240" w:lineRule="auto"/>
      </w:pPr>
      <w:r>
        <w:separator/>
      </w:r>
    </w:p>
  </w:endnote>
  <w:endnote w:type="continuationSeparator" w:id="0">
    <w:p w14:paraId="09BAED2E" w14:textId="77777777" w:rsidR="00A86078" w:rsidRDefault="00A86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3330" w14:textId="77777777" w:rsidR="00F613D9" w:rsidRDefault="005233F2">
    <w:pPr>
      <w:jc w:val="center"/>
    </w:pPr>
    <w:r>
      <w:fldChar w:fldCharType="begin"/>
    </w:r>
    <w:r>
      <w:instrText>PAGE</w:instrText>
    </w:r>
    <w:r>
      <w:fldChar w:fldCharType="separate"/>
    </w:r>
    <w:r w:rsidR="009C6D3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EE6CC" w14:textId="77777777" w:rsidR="00A86078" w:rsidRDefault="00A86078">
      <w:pPr>
        <w:spacing w:after="0" w:line="240" w:lineRule="auto"/>
      </w:pPr>
      <w:r>
        <w:separator/>
      </w:r>
    </w:p>
  </w:footnote>
  <w:footnote w:type="continuationSeparator" w:id="0">
    <w:p w14:paraId="6E7D6E9E" w14:textId="77777777" w:rsidR="00A86078" w:rsidRDefault="00A860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41C283A"/>
    <w:multiLevelType w:val="singleLevel"/>
    <w:tmpl w:val="D7E4DE14"/>
    <w:lvl w:ilvl="0">
      <w:start w:val="1"/>
      <w:numFmt w:val="lowerLetter"/>
      <w:pStyle w:val="Commarcadores"/>
      <w:lvlText w:val="%1."/>
      <w:lvlJc w:val="left"/>
    </w:lvl>
  </w:abstractNum>
  <w:abstractNum w:abstractNumId="10" w15:restartNumberingAfterBreak="0">
    <w:nsid w:val="6D6A5613"/>
    <w:multiLevelType w:val="hybridMultilevel"/>
    <w:tmpl w:val="C2327F72"/>
    <w:lvl w:ilvl="0" w:tplc="0416000F">
      <w:start w:val="1"/>
      <w:numFmt w:val="decimal"/>
      <w:lvlText w:val="%1."/>
      <w:lvlJc w:val="left"/>
      <w:pPr>
        <w:ind w:left="1117" w:hanging="360"/>
      </w:pPr>
    </w:lvl>
    <w:lvl w:ilvl="1" w:tplc="04160019" w:tentative="1">
      <w:start w:val="1"/>
      <w:numFmt w:val="lowerLetter"/>
      <w:lvlText w:val="%2."/>
      <w:lvlJc w:val="left"/>
      <w:pPr>
        <w:ind w:left="1837" w:hanging="360"/>
      </w:pPr>
    </w:lvl>
    <w:lvl w:ilvl="2" w:tplc="0416001B" w:tentative="1">
      <w:start w:val="1"/>
      <w:numFmt w:val="lowerRoman"/>
      <w:lvlText w:val="%3."/>
      <w:lvlJc w:val="right"/>
      <w:pPr>
        <w:ind w:left="2557" w:hanging="180"/>
      </w:pPr>
    </w:lvl>
    <w:lvl w:ilvl="3" w:tplc="0416000F" w:tentative="1">
      <w:start w:val="1"/>
      <w:numFmt w:val="decimal"/>
      <w:lvlText w:val="%4."/>
      <w:lvlJc w:val="left"/>
      <w:pPr>
        <w:ind w:left="3277" w:hanging="360"/>
      </w:pPr>
    </w:lvl>
    <w:lvl w:ilvl="4" w:tplc="04160019" w:tentative="1">
      <w:start w:val="1"/>
      <w:numFmt w:val="lowerLetter"/>
      <w:lvlText w:val="%5."/>
      <w:lvlJc w:val="left"/>
      <w:pPr>
        <w:ind w:left="3997" w:hanging="360"/>
      </w:pPr>
    </w:lvl>
    <w:lvl w:ilvl="5" w:tplc="0416001B" w:tentative="1">
      <w:start w:val="1"/>
      <w:numFmt w:val="lowerRoman"/>
      <w:lvlText w:val="%6."/>
      <w:lvlJc w:val="right"/>
      <w:pPr>
        <w:ind w:left="4717" w:hanging="180"/>
      </w:pPr>
    </w:lvl>
    <w:lvl w:ilvl="6" w:tplc="0416000F" w:tentative="1">
      <w:start w:val="1"/>
      <w:numFmt w:val="decimal"/>
      <w:lvlText w:val="%7."/>
      <w:lvlJc w:val="left"/>
      <w:pPr>
        <w:ind w:left="5437" w:hanging="360"/>
      </w:pPr>
    </w:lvl>
    <w:lvl w:ilvl="7" w:tplc="04160019" w:tentative="1">
      <w:start w:val="1"/>
      <w:numFmt w:val="lowerLetter"/>
      <w:lvlText w:val="%8."/>
      <w:lvlJc w:val="left"/>
      <w:pPr>
        <w:ind w:left="6157" w:hanging="360"/>
      </w:pPr>
    </w:lvl>
    <w:lvl w:ilvl="8" w:tplc="0416001B" w:tentative="1">
      <w:start w:val="1"/>
      <w:numFmt w:val="lowerRoman"/>
      <w:lvlText w:val="%9."/>
      <w:lvlJc w:val="right"/>
      <w:pPr>
        <w:ind w:left="6877" w:hanging="180"/>
      </w:pPr>
    </w:lvl>
  </w:abstractNum>
  <w:num w:numId="1" w16cid:durableId="867834066">
    <w:abstractNumId w:val="9"/>
  </w:num>
  <w:num w:numId="2" w16cid:durableId="8607046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51F9"/>
    <w:rsid w:val="00326F90"/>
    <w:rsid w:val="00392AD6"/>
    <w:rsid w:val="00413D0E"/>
    <w:rsid w:val="0049623B"/>
    <w:rsid w:val="004E5F65"/>
    <w:rsid w:val="005233F2"/>
    <w:rsid w:val="00531294"/>
    <w:rsid w:val="00533060"/>
    <w:rsid w:val="005A5524"/>
    <w:rsid w:val="00616007"/>
    <w:rsid w:val="00646213"/>
    <w:rsid w:val="00767D0E"/>
    <w:rsid w:val="00795C3E"/>
    <w:rsid w:val="007C77F7"/>
    <w:rsid w:val="007E03E4"/>
    <w:rsid w:val="008938A5"/>
    <w:rsid w:val="00930699"/>
    <w:rsid w:val="009C6D3B"/>
    <w:rsid w:val="00A86078"/>
    <w:rsid w:val="00AA1D8D"/>
    <w:rsid w:val="00B11961"/>
    <w:rsid w:val="00B47730"/>
    <w:rsid w:val="00BA650D"/>
    <w:rsid w:val="00BF7A14"/>
    <w:rsid w:val="00CB0664"/>
    <w:rsid w:val="00CF1ACB"/>
    <w:rsid w:val="00D33C4B"/>
    <w:rsid w:val="00D901A9"/>
    <w:rsid w:val="00E419AF"/>
    <w:rsid w:val="00EA0DDF"/>
    <w:rsid w:val="00EA6B2B"/>
    <w:rsid w:val="00EB7891"/>
    <w:rsid w:val="00ED5993"/>
    <w:rsid w:val="00EF32F5"/>
    <w:rsid w:val="00F33F2F"/>
    <w:rsid w:val="00F613D9"/>
    <w:rsid w:val="00FC693F"/>
    <w:rsid w:val="00FF16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D92CFB"/>
  <w14:defaultImageDpi w14:val="300"/>
  <w15:docId w15:val="{A3D3B606-A44D-4E87-BC34-A17BC9A5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sz w:val="24"/>
      <w:lang w:val="pt-BR"/>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tabs>
        <w:tab w:val="num" w:pos="360"/>
      </w:tabs>
      <w:contextualSpacing/>
    </w:pPr>
  </w:style>
  <w:style w:type="paragraph" w:styleId="Commarcadores3">
    <w:name w:val="List Bullet 3"/>
    <w:basedOn w:val="Normal"/>
    <w:uiPriority w:val="99"/>
    <w:unhideWhenUsed/>
    <w:rsid w:val="00326F90"/>
    <w:pPr>
      <w:tabs>
        <w:tab w:val="num" w:pos="360"/>
      </w:tabs>
      <w:contextualSpacing/>
    </w:pPr>
  </w:style>
  <w:style w:type="paragraph" w:styleId="Numerada">
    <w:name w:val="List Number"/>
    <w:basedOn w:val="Normal"/>
    <w:uiPriority w:val="99"/>
    <w:unhideWhenUsed/>
    <w:rsid w:val="00326F90"/>
    <w:pPr>
      <w:tabs>
        <w:tab w:val="num" w:pos="360"/>
      </w:tabs>
      <w:contextualSpacing/>
    </w:pPr>
  </w:style>
  <w:style w:type="paragraph" w:styleId="Numerada2">
    <w:name w:val="List Number 2"/>
    <w:basedOn w:val="Normal"/>
    <w:uiPriority w:val="99"/>
    <w:unhideWhenUsed/>
    <w:rsid w:val="0029639D"/>
    <w:pPr>
      <w:tabs>
        <w:tab w:val="num" w:pos="360"/>
      </w:tabs>
      <w:contextualSpacing/>
    </w:pPr>
  </w:style>
  <w:style w:type="paragraph" w:styleId="Numerada3">
    <w:name w:val="List Number 3"/>
    <w:basedOn w:val="Normal"/>
    <w:uiPriority w:val="99"/>
    <w:unhideWhenUsed/>
    <w:rsid w:val="0029639D"/>
    <w:pPr>
      <w:tabs>
        <w:tab w:val="num" w:pos="360"/>
      </w:tabs>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3150</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Termo de Compromisso e Responsabilidade - TRE-GO</vt:lpstr>
      <vt:lpstr/>
    </vt:vector>
  </TitlesOfParts>
  <Manager/>
  <Company/>
  <LinksUpToDate>false</LinksUpToDate>
  <CharactersWithSpaces>3726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Compromisso e Responsabilidade - TRE-GO</dc:title>
  <dc:subject>Conversão do documento PDF para formato Word editável</dc:subject>
  <dc:creator>python-docx</dc:creator>
  <cp:keywords/>
  <dc:description>generated by python-docx</dc:description>
  <cp:lastModifiedBy>Palestrante 14</cp:lastModifiedBy>
  <cp:revision>2</cp:revision>
  <dcterms:created xsi:type="dcterms:W3CDTF">2026-09-14T18:58:00Z</dcterms:created>
  <dcterms:modified xsi:type="dcterms:W3CDTF">2026-09-14T18:58:00Z</dcterms:modified>
  <cp:category/>
</cp:coreProperties>
</file>