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C8CCC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REDE GAIA • CAPES-GLOBAL.EDU</w:t>
      </w:r>
    </w:p>
    <w:p w14:paraId="04E26C5E" w14:textId="77777777" w:rsidR="00276207" w:rsidRPr="009F5A9B" w:rsidRDefault="00000000">
      <w:pPr>
        <w:pStyle w:val="Ttulo"/>
        <w:rPr>
          <w:lang w:val="pt-BR"/>
        </w:rPr>
      </w:pPr>
      <w:r w:rsidRPr="009F5A9B">
        <w:rPr>
          <w:lang w:val="pt-BR"/>
        </w:rPr>
        <w:t>Plano de atividades</w:t>
      </w:r>
    </w:p>
    <w:p w14:paraId="7D640818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Professor Visitante no Brasil (PVB) | Edital nº 02/2026/Rede Gaia</w:t>
      </w:r>
    </w:p>
    <w:p w14:paraId="01977889" w14:textId="0FB7A9ED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Substitua os campos entre colchetes e exclua as orientações antes da submissão.</w:t>
      </w:r>
    </w:p>
    <w:p w14:paraId="2AF7BDF8" w14:textId="77777777" w:rsidR="00276207" w:rsidRDefault="00000000">
      <w:pPr>
        <w:pStyle w:val="Ttulo1"/>
      </w:pPr>
      <w:r>
        <w:t xml:space="preserve">1. </w:t>
      </w:r>
      <w:proofErr w:type="spellStart"/>
      <w:r>
        <w:t>Identificação</w:t>
      </w:r>
      <w:proofErr w:type="spellEnd"/>
      <w:r>
        <w:t xml:space="preserve"> da </w:t>
      </w:r>
      <w:proofErr w:type="spellStart"/>
      <w:r>
        <w:t>proposta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276207" w14:paraId="340AD682" w14:textId="77777777">
        <w:trPr>
          <w:cantSplit/>
          <w:tblHeader/>
        </w:trPr>
        <w:tc>
          <w:tcPr>
            <w:tcW w:w="2835" w:type="dxa"/>
            <w:shd w:val="clear" w:color="auto" w:fill="155C60"/>
          </w:tcPr>
          <w:p w14:paraId="7D3F8E49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6803" w:type="dxa"/>
            <w:shd w:val="clear" w:color="auto" w:fill="155C60"/>
          </w:tcPr>
          <w:p w14:paraId="0A427EE5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Preenchimento</w:t>
            </w:r>
            <w:proofErr w:type="spellEnd"/>
          </w:p>
        </w:tc>
      </w:tr>
      <w:tr w:rsidR="00276207" w:rsidRPr="0073246F" w14:paraId="60C348FA" w14:textId="77777777">
        <w:trPr>
          <w:cantSplit/>
        </w:trPr>
        <w:tc>
          <w:tcPr>
            <w:tcW w:w="2835" w:type="dxa"/>
            <w:shd w:val="clear" w:color="auto" w:fill="F0F5F5"/>
          </w:tcPr>
          <w:p w14:paraId="1ED3FF5D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sz w:val="18"/>
              </w:rPr>
              <w:t>Título</w:t>
            </w:r>
            <w:proofErr w:type="spellEnd"/>
            <w:r>
              <w:rPr>
                <w:sz w:val="18"/>
              </w:rPr>
              <w:t xml:space="preserve"> do plano</w:t>
            </w:r>
          </w:p>
        </w:tc>
        <w:tc>
          <w:tcPr>
            <w:tcW w:w="6803" w:type="dxa"/>
            <w:shd w:val="clear" w:color="auto" w:fill="F0F5F5"/>
          </w:tcPr>
          <w:p w14:paraId="45F846DC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[Título específico e alinhado ao tema]</w:t>
            </w:r>
          </w:p>
        </w:tc>
      </w:tr>
      <w:tr w:rsidR="00276207" w14:paraId="0B315B5A" w14:textId="77777777">
        <w:trPr>
          <w:cantSplit/>
        </w:trPr>
        <w:tc>
          <w:tcPr>
            <w:tcW w:w="2835" w:type="dxa"/>
            <w:shd w:val="clear" w:color="auto" w:fill="FFFFFF"/>
          </w:tcPr>
          <w:p w14:paraId="3ED37D9B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sz w:val="18"/>
              </w:rPr>
              <w:t>Candidato</w:t>
            </w:r>
            <w:proofErr w:type="spellEnd"/>
            <w:r>
              <w:rPr>
                <w:sz w:val="18"/>
              </w:rPr>
              <w:t>(a) e ORCID</w:t>
            </w:r>
          </w:p>
        </w:tc>
        <w:tc>
          <w:tcPr>
            <w:tcW w:w="6803" w:type="dxa"/>
            <w:shd w:val="clear" w:color="auto" w:fill="FFFFFF"/>
          </w:tcPr>
          <w:p w14:paraId="5286748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[Nome </w:t>
            </w:r>
            <w:proofErr w:type="spellStart"/>
            <w:r>
              <w:rPr>
                <w:color w:val="466C86"/>
                <w:sz w:val="18"/>
              </w:rPr>
              <w:t>completo</w:t>
            </w:r>
            <w:proofErr w:type="spellEnd"/>
            <w:r>
              <w:rPr>
                <w:color w:val="466C86"/>
                <w:sz w:val="18"/>
              </w:rPr>
              <w:t>] | [ORCID]</w:t>
            </w:r>
          </w:p>
        </w:tc>
      </w:tr>
      <w:tr w:rsidR="00276207" w:rsidRPr="0073246F" w14:paraId="69FA055C" w14:textId="77777777">
        <w:trPr>
          <w:cantSplit/>
        </w:trPr>
        <w:tc>
          <w:tcPr>
            <w:tcW w:w="2835" w:type="dxa"/>
            <w:shd w:val="clear" w:color="auto" w:fill="F0F5F5"/>
          </w:tcPr>
          <w:p w14:paraId="7F8A4C48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Instituição de origem e vínculo</w:t>
            </w:r>
          </w:p>
        </w:tc>
        <w:tc>
          <w:tcPr>
            <w:tcW w:w="6803" w:type="dxa"/>
            <w:shd w:val="clear" w:color="auto" w:fill="F0F5F5"/>
          </w:tcPr>
          <w:p w14:paraId="779D5605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[Instituição estrangeira, unidade, cargo e país]</w:t>
            </w:r>
          </w:p>
        </w:tc>
      </w:tr>
      <w:tr w:rsidR="00276207" w:rsidRPr="0073246F" w14:paraId="021F3777" w14:textId="77777777">
        <w:trPr>
          <w:cantSplit/>
        </w:trPr>
        <w:tc>
          <w:tcPr>
            <w:tcW w:w="2835" w:type="dxa"/>
            <w:shd w:val="clear" w:color="auto" w:fill="FFFFFF"/>
          </w:tcPr>
          <w:p w14:paraId="37AC8AE4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Residência no exterior e contato</w:t>
            </w:r>
          </w:p>
        </w:tc>
        <w:tc>
          <w:tcPr>
            <w:tcW w:w="6803" w:type="dxa"/>
            <w:shd w:val="clear" w:color="auto" w:fill="FFFFFF"/>
          </w:tcPr>
          <w:p w14:paraId="715918F4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[Cidade/país de residência] | [E-mail institucional]</w:t>
            </w:r>
          </w:p>
        </w:tc>
      </w:tr>
      <w:tr w:rsidR="00276207" w:rsidRPr="0073246F" w14:paraId="6CD839AA" w14:textId="77777777">
        <w:trPr>
          <w:cantSplit/>
        </w:trPr>
        <w:tc>
          <w:tcPr>
            <w:tcW w:w="2835" w:type="dxa"/>
            <w:shd w:val="clear" w:color="auto" w:fill="F0F5F5"/>
          </w:tcPr>
          <w:p w14:paraId="029F7639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Instituição de destino e PPG</w:t>
            </w:r>
          </w:p>
        </w:tc>
        <w:tc>
          <w:tcPr>
            <w:tcW w:w="6803" w:type="dxa"/>
            <w:shd w:val="clear" w:color="auto" w:fill="F0F5F5"/>
          </w:tcPr>
          <w:p w14:paraId="3A871FB5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[IES brasileira] | [PPG contemplado no Anexo II]</w:t>
            </w:r>
          </w:p>
        </w:tc>
      </w:tr>
      <w:tr w:rsidR="00276207" w:rsidRPr="0073246F" w14:paraId="7985D9A9" w14:textId="77777777">
        <w:trPr>
          <w:cantSplit/>
        </w:trPr>
        <w:tc>
          <w:tcPr>
            <w:tcW w:w="2835" w:type="dxa"/>
            <w:shd w:val="clear" w:color="auto" w:fill="FFFFFF"/>
          </w:tcPr>
          <w:p w14:paraId="3E291BEE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proponente</w:t>
            </w:r>
            <w:proofErr w:type="spellEnd"/>
            <w:r>
              <w:rPr>
                <w:sz w:val="18"/>
              </w:rPr>
              <w:t xml:space="preserve"> no </w:t>
            </w:r>
            <w:proofErr w:type="spellStart"/>
            <w:r>
              <w:rPr>
                <w:sz w:val="18"/>
              </w:rPr>
              <w:t>Brasil</w:t>
            </w:r>
            <w:proofErr w:type="spellEnd"/>
          </w:p>
        </w:tc>
        <w:tc>
          <w:tcPr>
            <w:tcW w:w="6803" w:type="dxa"/>
            <w:shd w:val="clear" w:color="auto" w:fill="FFFFFF"/>
          </w:tcPr>
          <w:p w14:paraId="4A2145F6" w14:textId="5D26DEEA" w:rsidR="00276207" w:rsidRPr="0073246F" w:rsidRDefault="0073246F">
            <w:pPr>
              <w:spacing w:before="80" w:after="80" w:line="240" w:lineRule="auto"/>
              <w:rPr>
                <w:color w:val="466C86"/>
                <w:sz w:val="18"/>
                <w:lang w:val="pt-BR"/>
              </w:rPr>
            </w:pPr>
            <w:r w:rsidRPr="0073246F">
              <w:rPr>
                <w:color w:val="466C86"/>
                <w:sz w:val="18"/>
                <w:lang w:val="pt-BR"/>
              </w:rPr>
              <w:t>[Nome, vínculo ao PPG e e-mail]</w:t>
            </w:r>
          </w:p>
        </w:tc>
      </w:tr>
      <w:tr w:rsidR="00276207" w:rsidRPr="0073246F" w14:paraId="3A5A6BC0" w14:textId="77777777">
        <w:trPr>
          <w:cantSplit/>
        </w:trPr>
        <w:tc>
          <w:tcPr>
            <w:tcW w:w="2835" w:type="dxa"/>
            <w:shd w:val="clear" w:color="auto" w:fill="F0F5F5"/>
          </w:tcPr>
          <w:p w14:paraId="1EFC2CCC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Tema e linha de pesquisa</w:t>
            </w:r>
          </w:p>
        </w:tc>
        <w:tc>
          <w:tcPr>
            <w:tcW w:w="6803" w:type="dxa"/>
            <w:shd w:val="clear" w:color="auto" w:fill="F0F5F5"/>
          </w:tcPr>
          <w:p w14:paraId="4B4F4016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[Tema da cota] | [Linha do PPG]</w:t>
            </w:r>
          </w:p>
        </w:tc>
      </w:tr>
      <w:tr w:rsidR="00276207" w:rsidRPr="0073246F" w14:paraId="089B60C8" w14:textId="77777777">
        <w:trPr>
          <w:cantSplit/>
        </w:trPr>
        <w:tc>
          <w:tcPr>
            <w:tcW w:w="2835" w:type="dxa"/>
            <w:shd w:val="clear" w:color="auto" w:fill="FFFFFF"/>
          </w:tcPr>
          <w:p w14:paraId="39E483D6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Período e duração da visita</w:t>
            </w:r>
          </w:p>
        </w:tc>
        <w:tc>
          <w:tcPr>
            <w:tcW w:w="6803" w:type="dxa"/>
            <w:shd w:val="clear" w:color="auto" w:fill="FFFFFF"/>
          </w:tcPr>
          <w:p w14:paraId="0EA26F7A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</w:t>
            </w:r>
            <w:proofErr w:type="spellStart"/>
            <w:r w:rsidRPr="009F5A9B">
              <w:rPr>
                <w:color w:val="466C86"/>
                <w:sz w:val="18"/>
                <w:lang w:val="pt-BR"/>
              </w:rPr>
              <w:t>dd</w:t>
            </w:r>
            <w:proofErr w:type="spellEnd"/>
            <w:r w:rsidRPr="009F5A9B">
              <w:rPr>
                <w:color w:val="466C86"/>
                <w:sz w:val="18"/>
                <w:lang w:val="pt-BR"/>
              </w:rPr>
              <w:t xml:space="preserve">/mm/2027 a </w:t>
            </w:r>
            <w:proofErr w:type="spellStart"/>
            <w:r w:rsidRPr="009F5A9B">
              <w:rPr>
                <w:color w:val="466C86"/>
                <w:sz w:val="18"/>
                <w:lang w:val="pt-BR"/>
              </w:rPr>
              <w:t>dd</w:t>
            </w:r>
            <w:proofErr w:type="spellEnd"/>
            <w:r w:rsidRPr="009F5A9B">
              <w:rPr>
                <w:color w:val="466C86"/>
                <w:sz w:val="18"/>
                <w:lang w:val="pt-BR"/>
              </w:rPr>
              <w:t>/mm/2027] | [Duração exata da cota]</w:t>
            </w:r>
          </w:p>
        </w:tc>
      </w:tr>
      <w:tr w:rsidR="00276207" w:rsidRPr="0073246F" w14:paraId="7074563F" w14:textId="77777777">
        <w:trPr>
          <w:cantSplit/>
        </w:trPr>
        <w:tc>
          <w:tcPr>
            <w:tcW w:w="2835" w:type="dxa"/>
            <w:shd w:val="clear" w:color="auto" w:fill="F0F5F5"/>
          </w:tcPr>
          <w:p w14:paraId="4BDC9ABE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sz w:val="18"/>
                <w:lang w:val="pt-BR"/>
              </w:rPr>
              <w:t>Local e idioma das atividades</w:t>
            </w:r>
          </w:p>
        </w:tc>
        <w:tc>
          <w:tcPr>
            <w:tcW w:w="6803" w:type="dxa"/>
            <w:shd w:val="clear" w:color="auto" w:fill="F0F5F5"/>
          </w:tcPr>
          <w:p w14:paraId="69294CCD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[Campus/laboratório/unidade] | [Idioma(s)]</w:t>
            </w:r>
          </w:p>
        </w:tc>
      </w:tr>
    </w:tbl>
    <w:p w14:paraId="3A1D9FCE" w14:textId="77777777" w:rsidR="00276207" w:rsidRPr="009F5A9B" w:rsidRDefault="00276207">
      <w:pPr>
        <w:spacing w:after="0"/>
        <w:rPr>
          <w:lang w:val="pt-BR"/>
        </w:rPr>
      </w:pPr>
    </w:p>
    <w:p w14:paraId="1D88717D" w14:textId="71F60966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Tema da Rede Gaia: 1 — Biodiversidade e Sustentabilidade</w:t>
      </w:r>
    </w:p>
    <w:p w14:paraId="16767F1C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Resumo executivo</w:t>
      </w:r>
    </w:p>
    <w:p w14:paraId="5AF71F93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[Apresente o problema, o objetivo central, as principais ações durante a visita, os produtos viáveis e os impactos esperados na cooperação internacional. Não atribua à Rede metas que não tenham sido confirmadas no Plano de Ação do tema.]</w:t>
      </w:r>
    </w:p>
    <w:p w14:paraId="55833267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[Inserir resumo da proposta.]</w:t>
      </w:r>
    </w:p>
    <w:p w14:paraId="253177C1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br w:type="page"/>
      </w:r>
    </w:p>
    <w:p w14:paraId="75CBF4E3" w14:textId="77777777" w:rsidR="00276207" w:rsidRPr="009F5A9B" w:rsidRDefault="00000000">
      <w:pPr>
        <w:pStyle w:val="Ttulo1"/>
        <w:rPr>
          <w:lang w:val="pt-BR"/>
        </w:rPr>
      </w:pPr>
      <w:r w:rsidRPr="009F5A9B">
        <w:rPr>
          <w:lang w:val="pt-BR"/>
        </w:rPr>
        <w:lastRenderedPageBreak/>
        <w:t>2. Fundamentação e alinhamento estratégico</w:t>
      </w:r>
    </w:p>
    <w:p w14:paraId="2C7E9723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2.1 Justificativa, mérito e originalidade</w:t>
      </w:r>
    </w:p>
    <w:p w14:paraId="0F78D822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[Delimite a lacuna científica, tecnológica, educacional ou sociocultural; explique a relevância para o PPG e a contribuição distintiva da visita. Evidencie a complementaridade das competências e a ampliação da capacidade de pesquisa e formação. Se pertinente, fundamente com referências verificáveis.]</w:t>
      </w:r>
    </w:p>
    <w:p w14:paraId="2A084F98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2.2 Vinculação ao Plano de Ação do tema — obrigatório</w:t>
      </w:r>
    </w:p>
    <w:p w14:paraId="1BE23963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Plano de Ação consultado: [Título/versão/data e origem do documento fornecido pelo PPG].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8"/>
        <w:gridCol w:w="3175"/>
        <w:gridCol w:w="3175"/>
      </w:tblGrid>
      <w:tr w:rsidR="00276207" w14:paraId="2DA17895" w14:textId="77777777">
        <w:trPr>
          <w:cantSplit/>
          <w:tblHeader/>
        </w:trPr>
        <w:tc>
          <w:tcPr>
            <w:tcW w:w="3288" w:type="dxa"/>
            <w:shd w:val="clear" w:color="auto" w:fill="155C60"/>
          </w:tcPr>
          <w:p w14:paraId="50C04329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b/>
                <w:color w:val="FFFFFF"/>
                <w:sz w:val="18"/>
                <w:lang w:val="pt-BR"/>
              </w:rPr>
              <w:t>Objetivo ou meta do tema</w:t>
            </w:r>
          </w:p>
        </w:tc>
        <w:tc>
          <w:tcPr>
            <w:tcW w:w="3175" w:type="dxa"/>
            <w:shd w:val="clear" w:color="auto" w:fill="155C60"/>
          </w:tcPr>
          <w:p w14:paraId="7ADD5E92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Contribuição</w:t>
            </w:r>
            <w:proofErr w:type="spellEnd"/>
            <w:r>
              <w:rPr>
                <w:b/>
                <w:color w:val="FFFFFF"/>
                <w:sz w:val="18"/>
              </w:rPr>
              <w:t xml:space="preserve"> da </w:t>
            </w:r>
            <w:proofErr w:type="spellStart"/>
            <w:r>
              <w:rPr>
                <w:b/>
                <w:color w:val="FFFFFF"/>
                <w:sz w:val="18"/>
              </w:rPr>
              <w:t>proposta</w:t>
            </w:r>
            <w:proofErr w:type="spellEnd"/>
          </w:p>
        </w:tc>
        <w:tc>
          <w:tcPr>
            <w:tcW w:w="3175" w:type="dxa"/>
            <w:shd w:val="clear" w:color="auto" w:fill="155C60"/>
          </w:tcPr>
          <w:p w14:paraId="19820FB6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Atividade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evidência</w:t>
            </w:r>
            <w:proofErr w:type="spellEnd"/>
          </w:p>
        </w:tc>
      </w:tr>
      <w:tr w:rsidR="00276207" w:rsidRPr="0073246F" w14:paraId="1755B9D5" w14:textId="77777777">
        <w:trPr>
          <w:cantSplit/>
        </w:trPr>
        <w:tc>
          <w:tcPr>
            <w:tcW w:w="3288" w:type="dxa"/>
            <w:shd w:val="clear" w:color="auto" w:fill="F0F5F5"/>
          </w:tcPr>
          <w:p w14:paraId="269BC033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[Transcrever ou referenciar a meta real]</w:t>
            </w:r>
          </w:p>
        </w:tc>
        <w:tc>
          <w:tcPr>
            <w:tcW w:w="3175" w:type="dxa"/>
            <w:shd w:val="clear" w:color="auto" w:fill="F0F5F5"/>
          </w:tcPr>
          <w:p w14:paraId="402936B9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Explicar</w:t>
            </w:r>
            <w:proofErr w:type="spellEnd"/>
            <w:r>
              <w:rPr>
                <w:color w:val="466C86"/>
                <w:sz w:val="18"/>
              </w:rPr>
              <w:t xml:space="preserve"> a </w:t>
            </w:r>
            <w:proofErr w:type="spellStart"/>
            <w:r>
              <w:rPr>
                <w:color w:val="466C86"/>
                <w:sz w:val="18"/>
              </w:rPr>
              <w:t>aderência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175" w:type="dxa"/>
            <w:shd w:val="clear" w:color="auto" w:fill="F0F5F5"/>
          </w:tcPr>
          <w:p w14:paraId="08253B04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[Código A1–A6 e produto]</w:t>
            </w:r>
          </w:p>
        </w:tc>
      </w:tr>
      <w:tr w:rsidR="00276207" w14:paraId="3717EFAC" w14:textId="77777777">
        <w:trPr>
          <w:cantSplit/>
        </w:trPr>
        <w:tc>
          <w:tcPr>
            <w:tcW w:w="3288" w:type="dxa"/>
            <w:shd w:val="clear" w:color="auto" w:fill="FFFFFF"/>
          </w:tcPr>
          <w:p w14:paraId="4EC6EEC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Objetivo</w:t>
            </w:r>
            <w:proofErr w:type="spellEnd"/>
            <w:r>
              <w:rPr>
                <w:color w:val="466C86"/>
                <w:sz w:val="18"/>
              </w:rPr>
              <w:t xml:space="preserve">/meta </w:t>
            </w:r>
            <w:proofErr w:type="spellStart"/>
            <w:r>
              <w:rPr>
                <w:color w:val="466C86"/>
                <w:sz w:val="18"/>
              </w:rPr>
              <w:t>adicional</w:t>
            </w:r>
            <w:proofErr w:type="spellEnd"/>
            <w:r>
              <w:rPr>
                <w:color w:val="466C86"/>
                <w:sz w:val="18"/>
              </w:rPr>
              <w:t xml:space="preserve">, se </w:t>
            </w:r>
            <w:proofErr w:type="spellStart"/>
            <w:r>
              <w:rPr>
                <w:color w:val="466C86"/>
                <w:sz w:val="18"/>
              </w:rPr>
              <w:t>aplicável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175" w:type="dxa"/>
            <w:shd w:val="clear" w:color="auto" w:fill="FFFFFF"/>
          </w:tcPr>
          <w:p w14:paraId="40C23BCD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Contribuição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direta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175" w:type="dxa"/>
            <w:shd w:val="clear" w:color="auto" w:fill="FFFFFF"/>
          </w:tcPr>
          <w:p w14:paraId="767D119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Atividade</w:t>
            </w:r>
            <w:proofErr w:type="spellEnd"/>
            <w:r>
              <w:rPr>
                <w:color w:val="466C86"/>
                <w:sz w:val="18"/>
              </w:rPr>
              <w:t xml:space="preserve"> e </w:t>
            </w:r>
            <w:proofErr w:type="spellStart"/>
            <w:r>
              <w:rPr>
                <w:color w:val="466C86"/>
                <w:sz w:val="18"/>
              </w:rPr>
              <w:t>indicador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</w:tbl>
    <w:p w14:paraId="2C526709" w14:textId="77777777" w:rsidR="00276207" w:rsidRDefault="00276207">
      <w:pPr>
        <w:spacing w:after="0"/>
      </w:pPr>
    </w:p>
    <w:p w14:paraId="70479E08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O edital anexo não apresenta o conteúdo dos Planos de Ação dos temas; solicite o documento ao PPG e preencha a vinculação antes do envio.</w:t>
      </w:r>
    </w:p>
    <w:p w14:paraId="068689FA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2.3 Objetivos</w:t>
      </w:r>
    </w:p>
    <w:p w14:paraId="7267F30A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 xml:space="preserve">Objetivo geral: </w:t>
      </w:r>
      <w:proofErr w:type="gramStart"/>
      <w:r w:rsidRPr="009F5A9B">
        <w:rPr>
          <w:lang w:val="pt-BR"/>
        </w:rPr>
        <w:t>[Formular</w:t>
      </w:r>
      <w:proofErr w:type="gramEnd"/>
      <w:r w:rsidRPr="009F5A9B">
        <w:rPr>
          <w:lang w:val="pt-BR"/>
        </w:rPr>
        <w:t xml:space="preserve"> o resultado central a ser alcançado durante a visita].</w:t>
      </w:r>
    </w:p>
    <w:p w14:paraId="18E3C1D1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Objetivos específicos: OE1 — [Resultado mensurável]; OE2 — [Resultado mensurável]; OE3 — [Resultado mensurável].</w:t>
      </w:r>
    </w:p>
    <w:p w14:paraId="748F3A13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2.4 Abordagem e viabilidade</w:t>
      </w:r>
    </w:p>
    <w:p w14:paraId="35B3F239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[Descreva procedimentos, métodos, participantes, recursos disponíveis e divisão de responsabilidades entre o visitante e o PPG. Indique limites e dependências. Quando aplicável, informe autorizações éticas, acesso a dados, biossegurança e proteção de dados; atividades condicionadas a aprovação só devem iniciar após a autorização correspondente.]</w:t>
      </w:r>
    </w:p>
    <w:p w14:paraId="53605058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br w:type="page"/>
      </w:r>
    </w:p>
    <w:p w14:paraId="30F71F6E" w14:textId="77777777" w:rsidR="00276207" w:rsidRPr="009F5A9B" w:rsidRDefault="00000000">
      <w:pPr>
        <w:pStyle w:val="Ttulo1"/>
        <w:rPr>
          <w:lang w:val="pt-BR"/>
        </w:rPr>
      </w:pPr>
      <w:r w:rsidRPr="009F5A9B">
        <w:rPr>
          <w:lang w:val="pt-BR"/>
        </w:rPr>
        <w:lastRenderedPageBreak/>
        <w:t>3. Atividades e cronograma de execução</w:t>
      </w:r>
    </w:p>
    <w:p w14:paraId="137D822D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Selecione e adapte as ações ao escopo e à duração da cota. As atividades abaixo são sugestões, não exigências adicionais do edital.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24"/>
        <w:gridCol w:w="2948"/>
        <w:gridCol w:w="1871"/>
        <w:gridCol w:w="2494"/>
      </w:tblGrid>
      <w:tr w:rsidR="00276207" w14:paraId="248C091F" w14:textId="77777777">
        <w:trPr>
          <w:cantSplit/>
          <w:tblHeader/>
        </w:trPr>
        <w:tc>
          <w:tcPr>
            <w:tcW w:w="2324" w:type="dxa"/>
            <w:shd w:val="clear" w:color="auto" w:fill="155C60"/>
          </w:tcPr>
          <w:p w14:paraId="50F7A933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 xml:space="preserve">Código e </w:t>
            </w:r>
            <w:proofErr w:type="spellStart"/>
            <w:r>
              <w:rPr>
                <w:b/>
                <w:color w:val="FFFFFF"/>
                <w:sz w:val="18"/>
              </w:rPr>
              <w:t>atividade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sugerida</w:t>
            </w:r>
            <w:proofErr w:type="spellEnd"/>
          </w:p>
        </w:tc>
        <w:tc>
          <w:tcPr>
            <w:tcW w:w="2948" w:type="dxa"/>
            <w:shd w:val="clear" w:color="auto" w:fill="155C60"/>
          </w:tcPr>
          <w:p w14:paraId="4822F3DA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Execução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público</w:t>
            </w:r>
            <w:proofErr w:type="spellEnd"/>
          </w:p>
        </w:tc>
        <w:tc>
          <w:tcPr>
            <w:tcW w:w="1871" w:type="dxa"/>
            <w:shd w:val="clear" w:color="auto" w:fill="155C60"/>
          </w:tcPr>
          <w:p w14:paraId="7FF1C25D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Responsáveis</w:t>
            </w:r>
            <w:proofErr w:type="spellEnd"/>
          </w:p>
        </w:tc>
        <w:tc>
          <w:tcPr>
            <w:tcW w:w="2494" w:type="dxa"/>
            <w:shd w:val="clear" w:color="auto" w:fill="155C60"/>
          </w:tcPr>
          <w:p w14:paraId="78BA779F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Produto</w:t>
            </w:r>
            <w:proofErr w:type="spellEnd"/>
            <w:r>
              <w:rPr>
                <w:b/>
                <w:color w:val="FFFFFF"/>
                <w:sz w:val="18"/>
              </w:rPr>
              <w:t>/meta</w:t>
            </w:r>
          </w:p>
        </w:tc>
      </w:tr>
      <w:tr w:rsidR="00276207" w14:paraId="685DA856" w14:textId="77777777">
        <w:trPr>
          <w:cantSplit/>
        </w:trPr>
        <w:tc>
          <w:tcPr>
            <w:tcW w:w="2324" w:type="dxa"/>
            <w:shd w:val="clear" w:color="auto" w:fill="F0F5F5"/>
          </w:tcPr>
          <w:p w14:paraId="2B46B591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A1 • </w:t>
            </w:r>
            <w:proofErr w:type="spellStart"/>
            <w:r>
              <w:rPr>
                <w:sz w:val="18"/>
              </w:rPr>
              <w:t>Integração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planejamento</w:t>
            </w:r>
            <w:proofErr w:type="spellEnd"/>
          </w:p>
        </w:tc>
        <w:tc>
          <w:tcPr>
            <w:tcW w:w="2948" w:type="dxa"/>
            <w:shd w:val="clear" w:color="auto" w:fill="F0F5F5"/>
          </w:tcPr>
          <w:p w14:paraId="52B04435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[Reunião inicial, diagnóstico e agenda]</w:t>
            </w:r>
          </w:p>
        </w:tc>
        <w:tc>
          <w:tcPr>
            <w:tcW w:w="1871" w:type="dxa"/>
            <w:shd w:val="clear" w:color="auto" w:fill="F0F5F5"/>
          </w:tcPr>
          <w:p w14:paraId="4F357880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Visitante</w:t>
            </w:r>
            <w:proofErr w:type="spellEnd"/>
            <w:r>
              <w:rPr>
                <w:color w:val="466C86"/>
                <w:sz w:val="18"/>
              </w:rPr>
              <w:t xml:space="preserve"> + </w:t>
            </w:r>
            <w:proofErr w:type="spellStart"/>
            <w:r>
              <w:rPr>
                <w:color w:val="466C86"/>
                <w:sz w:val="18"/>
              </w:rPr>
              <w:t>proponente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2494" w:type="dxa"/>
            <w:shd w:val="clear" w:color="auto" w:fill="F0F5F5"/>
          </w:tcPr>
          <w:p w14:paraId="515C98C5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[Plano de </w:t>
            </w:r>
            <w:proofErr w:type="spellStart"/>
            <w:r>
              <w:rPr>
                <w:color w:val="466C86"/>
                <w:sz w:val="18"/>
              </w:rPr>
              <w:t>execução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validado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606EFB08" w14:textId="77777777">
        <w:trPr>
          <w:cantSplit/>
        </w:trPr>
        <w:tc>
          <w:tcPr>
            <w:tcW w:w="2324" w:type="dxa"/>
            <w:shd w:val="clear" w:color="auto" w:fill="FFFFFF"/>
          </w:tcPr>
          <w:p w14:paraId="6C0FE539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A2 • Pesquisa/</w:t>
            </w:r>
            <w:proofErr w:type="spellStart"/>
            <w:r>
              <w:rPr>
                <w:sz w:val="18"/>
              </w:rPr>
              <w:t>cooperação</w:t>
            </w:r>
            <w:proofErr w:type="spellEnd"/>
          </w:p>
        </w:tc>
        <w:tc>
          <w:tcPr>
            <w:tcW w:w="2948" w:type="dxa"/>
            <w:shd w:val="clear" w:color="auto" w:fill="FFFFFF"/>
          </w:tcPr>
          <w:p w14:paraId="38D9B0D2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[Métodos, análises ou projeto conjunto]</w:t>
            </w:r>
          </w:p>
        </w:tc>
        <w:tc>
          <w:tcPr>
            <w:tcW w:w="1871" w:type="dxa"/>
            <w:shd w:val="clear" w:color="auto" w:fill="FFFFFF"/>
          </w:tcPr>
          <w:p w14:paraId="12613E89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[Equipe e </w:t>
            </w:r>
            <w:proofErr w:type="spellStart"/>
            <w:r>
              <w:rPr>
                <w:color w:val="466C86"/>
                <w:sz w:val="18"/>
              </w:rPr>
              <w:t>parceiros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2494" w:type="dxa"/>
            <w:shd w:val="clear" w:color="auto" w:fill="FFFFFF"/>
          </w:tcPr>
          <w:p w14:paraId="37A8C3D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 xml:space="preserve"> e meta </w:t>
            </w:r>
            <w:proofErr w:type="spellStart"/>
            <w:r>
              <w:rPr>
                <w:color w:val="466C86"/>
                <w:sz w:val="18"/>
              </w:rPr>
              <w:t>factível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25E81C8C" w14:textId="77777777">
        <w:trPr>
          <w:cantSplit/>
        </w:trPr>
        <w:tc>
          <w:tcPr>
            <w:tcW w:w="2324" w:type="dxa"/>
            <w:shd w:val="clear" w:color="auto" w:fill="F0F5F5"/>
          </w:tcPr>
          <w:p w14:paraId="1CA14484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A3 • Formação </w:t>
            </w:r>
            <w:proofErr w:type="spellStart"/>
            <w:r>
              <w:rPr>
                <w:sz w:val="18"/>
              </w:rPr>
              <w:t>acadêmica</w:t>
            </w:r>
            <w:proofErr w:type="spellEnd"/>
          </w:p>
        </w:tc>
        <w:tc>
          <w:tcPr>
            <w:tcW w:w="2948" w:type="dxa"/>
            <w:shd w:val="clear" w:color="auto" w:fill="F0F5F5"/>
          </w:tcPr>
          <w:p w14:paraId="71CE30ED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[Curso/oficina, conteúdo e carga horária]</w:t>
            </w:r>
          </w:p>
        </w:tc>
        <w:tc>
          <w:tcPr>
            <w:tcW w:w="1871" w:type="dxa"/>
            <w:shd w:val="clear" w:color="auto" w:fill="F0F5F5"/>
          </w:tcPr>
          <w:p w14:paraId="0E37DE0D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Docente</w:t>
            </w:r>
            <w:proofErr w:type="spellEnd"/>
            <w:r>
              <w:rPr>
                <w:color w:val="466C86"/>
                <w:sz w:val="18"/>
              </w:rPr>
              <w:t>(s)]</w:t>
            </w:r>
          </w:p>
        </w:tc>
        <w:tc>
          <w:tcPr>
            <w:tcW w:w="2494" w:type="dxa"/>
            <w:shd w:val="clear" w:color="auto" w:fill="F0F5F5"/>
          </w:tcPr>
          <w:p w14:paraId="104E4635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[Nº de </w:t>
            </w:r>
            <w:proofErr w:type="spellStart"/>
            <w:r>
              <w:rPr>
                <w:color w:val="466C86"/>
                <w:sz w:val="18"/>
              </w:rPr>
              <w:t>participantes</w:t>
            </w:r>
            <w:proofErr w:type="spellEnd"/>
            <w:r>
              <w:rPr>
                <w:color w:val="466C86"/>
                <w:sz w:val="18"/>
              </w:rPr>
              <w:t>/material]</w:t>
            </w:r>
          </w:p>
        </w:tc>
      </w:tr>
      <w:tr w:rsidR="00276207" w14:paraId="2567BCBE" w14:textId="77777777">
        <w:trPr>
          <w:cantSplit/>
        </w:trPr>
        <w:tc>
          <w:tcPr>
            <w:tcW w:w="2324" w:type="dxa"/>
            <w:shd w:val="clear" w:color="auto" w:fill="FFFFFF"/>
          </w:tcPr>
          <w:p w14:paraId="549BF0AA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A4 • </w:t>
            </w:r>
            <w:proofErr w:type="spellStart"/>
            <w:r>
              <w:rPr>
                <w:sz w:val="18"/>
              </w:rPr>
              <w:t>Interação</w:t>
            </w:r>
            <w:proofErr w:type="spellEnd"/>
            <w:r>
              <w:rPr>
                <w:sz w:val="18"/>
              </w:rPr>
              <w:t xml:space="preserve"> com </w:t>
            </w:r>
            <w:proofErr w:type="spellStart"/>
            <w:r>
              <w:rPr>
                <w:sz w:val="18"/>
              </w:rPr>
              <w:t>discentes</w:t>
            </w:r>
            <w:proofErr w:type="spellEnd"/>
          </w:p>
        </w:tc>
        <w:tc>
          <w:tcPr>
            <w:tcW w:w="2948" w:type="dxa"/>
            <w:shd w:val="clear" w:color="auto" w:fill="FFFFFF"/>
          </w:tcPr>
          <w:p w14:paraId="7D6C805F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[Discussão de projetos, mentoria ou orientação autorizada]</w:t>
            </w:r>
          </w:p>
        </w:tc>
        <w:tc>
          <w:tcPr>
            <w:tcW w:w="1871" w:type="dxa"/>
            <w:shd w:val="clear" w:color="auto" w:fill="FFFFFF"/>
          </w:tcPr>
          <w:p w14:paraId="4685BBD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[Equipe do PPG]</w:t>
            </w:r>
          </w:p>
        </w:tc>
        <w:tc>
          <w:tcPr>
            <w:tcW w:w="2494" w:type="dxa"/>
            <w:shd w:val="clear" w:color="auto" w:fill="FFFFFF"/>
          </w:tcPr>
          <w:p w14:paraId="13830BC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[Nº de </w:t>
            </w:r>
            <w:proofErr w:type="spellStart"/>
            <w:r>
              <w:rPr>
                <w:color w:val="466C86"/>
                <w:sz w:val="18"/>
              </w:rPr>
              <w:t>encontros</w:t>
            </w:r>
            <w:proofErr w:type="spellEnd"/>
            <w:r>
              <w:rPr>
                <w:color w:val="466C86"/>
                <w:sz w:val="18"/>
              </w:rPr>
              <w:t>/</w:t>
            </w:r>
            <w:proofErr w:type="spellStart"/>
            <w:r>
              <w:rPr>
                <w:color w:val="466C86"/>
                <w:sz w:val="18"/>
              </w:rPr>
              <w:t>projetos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08FDC680" w14:textId="77777777">
        <w:trPr>
          <w:cantSplit/>
        </w:trPr>
        <w:tc>
          <w:tcPr>
            <w:tcW w:w="2324" w:type="dxa"/>
            <w:shd w:val="clear" w:color="auto" w:fill="F0F5F5"/>
          </w:tcPr>
          <w:p w14:paraId="17C08AA2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A5 • </w:t>
            </w:r>
            <w:proofErr w:type="spellStart"/>
            <w:r>
              <w:rPr>
                <w:sz w:val="18"/>
              </w:rPr>
              <w:t>Parcerias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internacionais</w:t>
            </w:r>
            <w:proofErr w:type="spellEnd"/>
          </w:p>
        </w:tc>
        <w:tc>
          <w:tcPr>
            <w:tcW w:w="2948" w:type="dxa"/>
            <w:shd w:val="clear" w:color="auto" w:fill="F0F5F5"/>
          </w:tcPr>
          <w:p w14:paraId="509338E0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[Reuniões e preparação de cooperação]</w:t>
            </w:r>
          </w:p>
        </w:tc>
        <w:tc>
          <w:tcPr>
            <w:tcW w:w="1871" w:type="dxa"/>
            <w:shd w:val="clear" w:color="auto" w:fill="F0F5F5"/>
          </w:tcPr>
          <w:p w14:paraId="3AF9C2EA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Interlocutores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2494" w:type="dxa"/>
            <w:shd w:val="clear" w:color="auto" w:fill="F0F5F5"/>
          </w:tcPr>
          <w:p w14:paraId="1AB7672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[Agenda/</w:t>
            </w:r>
            <w:proofErr w:type="spellStart"/>
            <w:r>
              <w:rPr>
                <w:color w:val="466C86"/>
                <w:sz w:val="18"/>
              </w:rPr>
              <w:t>proposta</w:t>
            </w:r>
            <w:proofErr w:type="spellEnd"/>
            <w:r>
              <w:rPr>
                <w:color w:val="466C86"/>
                <w:sz w:val="18"/>
              </w:rPr>
              <w:t xml:space="preserve"> de </w:t>
            </w:r>
            <w:proofErr w:type="spellStart"/>
            <w:r>
              <w:rPr>
                <w:color w:val="466C86"/>
                <w:sz w:val="18"/>
              </w:rPr>
              <w:t>parceria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:rsidRPr="0073246F" w14:paraId="01EC763B" w14:textId="77777777">
        <w:trPr>
          <w:cantSplit/>
        </w:trPr>
        <w:tc>
          <w:tcPr>
            <w:tcW w:w="2324" w:type="dxa"/>
            <w:shd w:val="clear" w:color="auto" w:fill="FFFFFF"/>
          </w:tcPr>
          <w:p w14:paraId="0AB4C2DE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A6 • </w:t>
            </w:r>
            <w:proofErr w:type="spellStart"/>
            <w:r>
              <w:rPr>
                <w:sz w:val="18"/>
              </w:rPr>
              <w:t>Disseminação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fechamento</w:t>
            </w:r>
            <w:proofErr w:type="spellEnd"/>
          </w:p>
        </w:tc>
        <w:tc>
          <w:tcPr>
            <w:tcW w:w="2948" w:type="dxa"/>
            <w:shd w:val="clear" w:color="auto" w:fill="FFFFFF"/>
          </w:tcPr>
          <w:p w14:paraId="53A47220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[Seminário e consolidação dos resultados]</w:t>
            </w:r>
          </w:p>
        </w:tc>
        <w:tc>
          <w:tcPr>
            <w:tcW w:w="1871" w:type="dxa"/>
            <w:shd w:val="clear" w:color="auto" w:fill="FFFFFF"/>
          </w:tcPr>
          <w:p w14:paraId="66BB074B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Visitante</w:t>
            </w:r>
            <w:proofErr w:type="spellEnd"/>
            <w:r>
              <w:rPr>
                <w:color w:val="466C86"/>
                <w:sz w:val="18"/>
              </w:rPr>
              <w:t xml:space="preserve"> + PPG]</w:t>
            </w:r>
          </w:p>
        </w:tc>
        <w:tc>
          <w:tcPr>
            <w:tcW w:w="2494" w:type="dxa"/>
            <w:shd w:val="clear" w:color="auto" w:fill="FFFFFF"/>
          </w:tcPr>
          <w:p w14:paraId="3013C800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[Registro e síntese dos produtos]</w:t>
            </w:r>
          </w:p>
        </w:tc>
      </w:tr>
    </w:tbl>
    <w:p w14:paraId="67805AD2" w14:textId="77777777" w:rsidR="00276207" w:rsidRPr="009F5A9B" w:rsidRDefault="00276207">
      <w:pPr>
        <w:spacing w:after="0"/>
        <w:rPr>
          <w:lang w:val="pt-BR"/>
        </w:rPr>
      </w:pPr>
    </w:p>
    <w:p w14:paraId="42291CA2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Cronograma — preenchimento obrigatório</w:t>
      </w:r>
    </w:p>
    <w:p w14:paraId="3E3C4460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Unidade temporal: [Dias, semanas ou meses]. P1 = [Datas]; P2 = [Datas]; P3 = [Datas]; P4 = [Datas]. Acrescente ou exclua períodos conforme a duração prevista no Anexo II.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680"/>
        <w:gridCol w:w="680"/>
        <w:gridCol w:w="680"/>
        <w:gridCol w:w="680"/>
        <w:gridCol w:w="5216"/>
      </w:tblGrid>
      <w:tr w:rsidR="00276207" w14:paraId="36411C9D" w14:textId="77777777">
        <w:trPr>
          <w:cantSplit/>
          <w:tblHeader/>
        </w:trPr>
        <w:tc>
          <w:tcPr>
            <w:tcW w:w="1701" w:type="dxa"/>
            <w:shd w:val="clear" w:color="auto" w:fill="155C60"/>
          </w:tcPr>
          <w:p w14:paraId="2917E254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Atividade</w:t>
            </w:r>
            <w:proofErr w:type="spellEnd"/>
          </w:p>
        </w:tc>
        <w:tc>
          <w:tcPr>
            <w:tcW w:w="680" w:type="dxa"/>
            <w:shd w:val="clear" w:color="auto" w:fill="155C60"/>
          </w:tcPr>
          <w:p w14:paraId="145286FC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P1</w:t>
            </w:r>
          </w:p>
        </w:tc>
        <w:tc>
          <w:tcPr>
            <w:tcW w:w="680" w:type="dxa"/>
            <w:shd w:val="clear" w:color="auto" w:fill="155C60"/>
          </w:tcPr>
          <w:p w14:paraId="3D113C8D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P2</w:t>
            </w:r>
          </w:p>
        </w:tc>
        <w:tc>
          <w:tcPr>
            <w:tcW w:w="680" w:type="dxa"/>
            <w:shd w:val="clear" w:color="auto" w:fill="155C60"/>
          </w:tcPr>
          <w:p w14:paraId="594CC03E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P3</w:t>
            </w:r>
          </w:p>
        </w:tc>
        <w:tc>
          <w:tcPr>
            <w:tcW w:w="680" w:type="dxa"/>
            <w:shd w:val="clear" w:color="auto" w:fill="155C60"/>
          </w:tcPr>
          <w:p w14:paraId="7077EE40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P4</w:t>
            </w:r>
          </w:p>
        </w:tc>
        <w:tc>
          <w:tcPr>
            <w:tcW w:w="5216" w:type="dxa"/>
            <w:shd w:val="clear" w:color="auto" w:fill="155C60"/>
          </w:tcPr>
          <w:p w14:paraId="43FC0463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 xml:space="preserve">Marco de </w:t>
            </w:r>
            <w:proofErr w:type="spellStart"/>
            <w:r>
              <w:rPr>
                <w:b/>
                <w:color w:val="FFFFFF"/>
                <w:sz w:val="18"/>
              </w:rPr>
              <w:t>conclusão</w:t>
            </w:r>
            <w:proofErr w:type="spellEnd"/>
          </w:p>
        </w:tc>
      </w:tr>
      <w:tr w:rsidR="00276207" w14:paraId="2D14AE0F" w14:textId="77777777">
        <w:trPr>
          <w:cantSplit/>
        </w:trPr>
        <w:tc>
          <w:tcPr>
            <w:tcW w:w="1701" w:type="dxa"/>
            <w:shd w:val="clear" w:color="auto" w:fill="F0F5F5"/>
          </w:tcPr>
          <w:p w14:paraId="7AF373EB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A1</w:t>
            </w:r>
          </w:p>
        </w:tc>
        <w:tc>
          <w:tcPr>
            <w:tcW w:w="680" w:type="dxa"/>
            <w:shd w:val="clear" w:color="auto" w:fill="F0F5F5"/>
          </w:tcPr>
          <w:p w14:paraId="68B30A1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3797CB3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555C885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59E6B596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0F5F5"/>
          </w:tcPr>
          <w:p w14:paraId="02D128B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4BB4A0CC" w14:textId="77777777">
        <w:trPr>
          <w:cantSplit/>
        </w:trPr>
        <w:tc>
          <w:tcPr>
            <w:tcW w:w="1701" w:type="dxa"/>
            <w:shd w:val="clear" w:color="auto" w:fill="FFFFFF"/>
          </w:tcPr>
          <w:p w14:paraId="0D662F4D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A2</w:t>
            </w:r>
          </w:p>
        </w:tc>
        <w:tc>
          <w:tcPr>
            <w:tcW w:w="680" w:type="dxa"/>
            <w:shd w:val="clear" w:color="auto" w:fill="FFFFFF"/>
          </w:tcPr>
          <w:p w14:paraId="243149C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11E848F6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1743CDE7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1F3EC3CD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FFFFF"/>
          </w:tcPr>
          <w:p w14:paraId="45EA61B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661CAD86" w14:textId="77777777">
        <w:trPr>
          <w:cantSplit/>
        </w:trPr>
        <w:tc>
          <w:tcPr>
            <w:tcW w:w="1701" w:type="dxa"/>
            <w:shd w:val="clear" w:color="auto" w:fill="F0F5F5"/>
          </w:tcPr>
          <w:p w14:paraId="6B8985BA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A3</w:t>
            </w:r>
          </w:p>
        </w:tc>
        <w:tc>
          <w:tcPr>
            <w:tcW w:w="680" w:type="dxa"/>
            <w:shd w:val="clear" w:color="auto" w:fill="F0F5F5"/>
          </w:tcPr>
          <w:p w14:paraId="15DC25B0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399E80D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10C0AE64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4AEEEB59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0F5F5"/>
          </w:tcPr>
          <w:p w14:paraId="4AC797F0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19BACCD0" w14:textId="77777777">
        <w:trPr>
          <w:cantSplit/>
        </w:trPr>
        <w:tc>
          <w:tcPr>
            <w:tcW w:w="1701" w:type="dxa"/>
            <w:shd w:val="clear" w:color="auto" w:fill="FFFFFF"/>
          </w:tcPr>
          <w:p w14:paraId="7539D7A0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A4</w:t>
            </w:r>
          </w:p>
        </w:tc>
        <w:tc>
          <w:tcPr>
            <w:tcW w:w="680" w:type="dxa"/>
            <w:shd w:val="clear" w:color="auto" w:fill="FFFFFF"/>
          </w:tcPr>
          <w:p w14:paraId="47120F2F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1ADD53DF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37E744AA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3E41FF8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FFFFF"/>
          </w:tcPr>
          <w:p w14:paraId="04F3D83A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2DBE08EE" w14:textId="77777777">
        <w:trPr>
          <w:cantSplit/>
        </w:trPr>
        <w:tc>
          <w:tcPr>
            <w:tcW w:w="1701" w:type="dxa"/>
            <w:shd w:val="clear" w:color="auto" w:fill="F0F5F5"/>
          </w:tcPr>
          <w:p w14:paraId="2E5013B1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A5</w:t>
            </w:r>
          </w:p>
        </w:tc>
        <w:tc>
          <w:tcPr>
            <w:tcW w:w="680" w:type="dxa"/>
            <w:shd w:val="clear" w:color="auto" w:fill="F0F5F5"/>
          </w:tcPr>
          <w:p w14:paraId="511035C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75EB1FC0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582E058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0F5F5"/>
          </w:tcPr>
          <w:p w14:paraId="78961055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0F5F5"/>
          </w:tcPr>
          <w:p w14:paraId="2FFD915A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1627387B" w14:textId="77777777">
        <w:trPr>
          <w:cantSplit/>
        </w:trPr>
        <w:tc>
          <w:tcPr>
            <w:tcW w:w="1701" w:type="dxa"/>
            <w:shd w:val="clear" w:color="auto" w:fill="FFFFFF"/>
          </w:tcPr>
          <w:p w14:paraId="6E696721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A6</w:t>
            </w:r>
          </w:p>
        </w:tc>
        <w:tc>
          <w:tcPr>
            <w:tcW w:w="680" w:type="dxa"/>
            <w:shd w:val="clear" w:color="auto" w:fill="FFFFFF"/>
          </w:tcPr>
          <w:p w14:paraId="5CA6409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7107E3F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56C0C2F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680" w:type="dxa"/>
            <w:shd w:val="clear" w:color="auto" w:fill="FFFFFF"/>
          </w:tcPr>
          <w:p w14:paraId="3C0511F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 ]</w:t>
            </w:r>
          </w:p>
        </w:tc>
        <w:tc>
          <w:tcPr>
            <w:tcW w:w="5216" w:type="dxa"/>
            <w:shd w:val="clear" w:color="auto" w:fill="FFFFFF"/>
          </w:tcPr>
          <w:p w14:paraId="29900BF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[Data/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</w:tbl>
    <w:p w14:paraId="79AE79EE" w14:textId="77777777" w:rsidR="00276207" w:rsidRDefault="00276207">
      <w:pPr>
        <w:spacing w:after="0"/>
      </w:pPr>
    </w:p>
    <w:p w14:paraId="3588A8F5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Marque “X” apenas nos períodos de execução. Para visitas curtas, utilize dias ou semanas; para visitas mais longas, semanas ou meses. Distinga produtos concluídos na visita de desdobramentos previstos após seu término.</w:t>
      </w:r>
    </w:p>
    <w:p w14:paraId="56C67E78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br w:type="page"/>
      </w:r>
    </w:p>
    <w:p w14:paraId="17EE95AB" w14:textId="77777777" w:rsidR="00276207" w:rsidRPr="009F5A9B" w:rsidRDefault="00000000">
      <w:pPr>
        <w:pStyle w:val="Ttulo1"/>
        <w:rPr>
          <w:lang w:val="pt-BR"/>
        </w:rPr>
      </w:pPr>
      <w:r w:rsidRPr="009F5A9B">
        <w:rPr>
          <w:lang w:val="pt-BR"/>
        </w:rPr>
        <w:lastRenderedPageBreak/>
        <w:t>4. Internacionalização e parcerias estratégicas</w:t>
      </w:r>
    </w:p>
    <w:p w14:paraId="36F06CF4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4.1 Impactos potenciais da visita — obrigatório</w:t>
      </w:r>
    </w:p>
    <w:p w14:paraId="4090B072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 xml:space="preserve">[Explique como as ações fortalecerão a internacionalização dos </w:t>
      </w:r>
      <w:proofErr w:type="spellStart"/>
      <w:r w:rsidRPr="009F5A9B">
        <w:rPr>
          <w:i/>
          <w:color w:val="466C86"/>
          <w:lang w:val="pt-BR"/>
        </w:rPr>
        <w:t>PPGs</w:t>
      </w:r>
      <w:proofErr w:type="spellEnd"/>
      <w:r w:rsidRPr="009F5A9B">
        <w:rPr>
          <w:i/>
          <w:color w:val="466C86"/>
          <w:lang w:val="pt-BR"/>
        </w:rPr>
        <w:t xml:space="preserve"> da Rede Gaia: formação, intercâmbio de métodos, pesquisa colaborativa, produção conjunta, mobilidade e articulação institucional. Relacione cada impacto a uma ação e a uma evidência, evitando promessas dependentes de decisões de terceiros.]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276207" w14:paraId="0FD79A32" w14:textId="77777777">
        <w:trPr>
          <w:cantSplit/>
          <w:tblHeader/>
        </w:trPr>
        <w:tc>
          <w:tcPr>
            <w:tcW w:w="2381" w:type="dxa"/>
            <w:shd w:val="clear" w:color="auto" w:fill="155C60"/>
          </w:tcPr>
          <w:p w14:paraId="09CDDD29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Dimensão</w:t>
            </w:r>
            <w:proofErr w:type="spellEnd"/>
          </w:p>
        </w:tc>
        <w:tc>
          <w:tcPr>
            <w:tcW w:w="3628" w:type="dxa"/>
            <w:shd w:val="clear" w:color="auto" w:fill="155C60"/>
          </w:tcPr>
          <w:p w14:paraId="39AA15E8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Ação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parceiros</w:t>
            </w:r>
            <w:proofErr w:type="spellEnd"/>
          </w:p>
        </w:tc>
        <w:tc>
          <w:tcPr>
            <w:tcW w:w="3628" w:type="dxa"/>
            <w:shd w:val="clear" w:color="auto" w:fill="155C60"/>
          </w:tcPr>
          <w:p w14:paraId="4D173EF8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 xml:space="preserve">Impacto e </w:t>
            </w:r>
            <w:proofErr w:type="spellStart"/>
            <w:r>
              <w:rPr>
                <w:b/>
                <w:color w:val="FFFFFF"/>
                <w:sz w:val="18"/>
              </w:rPr>
              <w:t>indicador</w:t>
            </w:r>
            <w:proofErr w:type="spellEnd"/>
          </w:p>
        </w:tc>
      </w:tr>
      <w:tr w:rsidR="00276207" w:rsidRPr="0073246F" w14:paraId="0381A2F8" w14:textId="77777777">
        <w:trPr>
          <w:cantSplit/>
        </w:trPr>
        <w:tc>
          <w:tcPr>
            <w:tcW w:w="2381" w:type="dxa"/>
            <w:shd w:val="clear" w:color="auto" w:fill="F0F5F5"/>
          </w:tcPr>
          <w:p w14:paraId="5D432B6E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Formação e </w:t>
            </w:r>
            <w:proofErr w:type="spellStart"/>
            <w:r>
              <w:rPr>
                <w:sz w:val="18"/>
              </w:rPr>
              <w:t>capacidades</w:t>
            </w:r>
            <w:proofErr w:type="spellEnd"/>
          </w:p>
        </w:tc>
        <w:tc>
          <w:tcPr>
            <w:tcW w:w="3628" w:type="dxa"/>
            <w:shd w:val="clear" w:color="auto" w:fill="F0F5F5"/>
          </w:tcPr>
          <w:p w14:paraId="74E60EC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Ação</w:t>
            </w:r>
            <w:proofErr w:type="spellEnd"/>
            <w:r>
              <w:rPr>
                <w:color w:val="466C86"/>
                <w:sz w:val="18"/>
              </w:rPr>
              <w:t xml:space="preserve">, PPGs e </w:t>
            </w:r>
            <w:proofErr w:type="spellStart"/>
            <w:r>
              <w:rPr>
                <w:color w:val="466C86"/>
                <w:sz w:val="18"/>
              </w:rPr>
              <w:t>público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628" w:type="dxa"/>
            <w:shd w:val="clear" w:color="auto" w:fill="F0F5F5"/>
          </w:tcPr>
          <w:p w14:paraId="38D2A145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[Competência a desenvolver e medida]</w:t>
            </w:r>
          </w:p>
        </w:tc>
      </w:tr>
      <w:tr w:rsidR="00276207" w14:paraId="5370CD3B" w14:textId="77777777">
        <w:trPr>
          <w:cantSplit/>
        </w:trPr>
        <w:tc>
          <w:tcPr>
            <w:tcW w:w="2381" w:type="dxa"/>
            <w:shd w:val="clear" w:color="auto" w:fill="FFFFFF"/>
          </w:tcPr>
          <w:p w14:paraId="1F55C1D6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Pesquisa e </w:t>
            </w:r>
            <w:proofErr w:type="spellStart"/>
            <w:r>
              <w:rPr>
                <w:sz w:val="18"/>
              </w:rPr>
              <w:t>produção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conjunta</w:t>
            </w:r>
            <w:proofErr w:type="spellEnd"/>
          </w:p>
        </w:tc>
        <w:tc>
          <w:tcPr>
            <w:tcW w:w="3628" w:type="dxa"/>
            <w:shd w:val="clear" w:color="auto" w:fill="FFFFFF"/>
          </w:tcPr>
          <w:p w14:paraId="37F9FBF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Ação</w:t>
            </w:r>
            <w:proofErr w:type="spellEnd"/>
            <w:r>
              <w:rPr>
                <w:color w:val="466C86"/>
                <w:sz w:val="18"/>
              </w:rPr>
              <w:t xml:space="preserve"> e </w:t>
            </w:r>
            <w:proofErr w:type="spellStart"/>
            <w:r>
              <w:rPr>
                <w:color w:val="466C86"/>
                <w:sz w:val="18"/>
              </w:rPr>
              <w:t>instituições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628" w:type="dxa"/>
            <w:shd w:val="clear" w:color="auto" w:fill="FFFFFF"/>
          </w:tcPr>
          <w:p w14:paraId="0C45238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 xml:space="preserve"> conjunto e meta]</w:t>
            </w:r>
          </w:p>
        </w:tc>
      </w:tr>
      <w:tr w:rsidR="00276207" w14:paraId="3601D4D9" w14:textId="77777777">
        <w:trPr>
          <w:cantSplit/>
        </w:trPr>
        <w:tc>
          <w:tcPr>
            <w:tcW w:w="2381" w:type="dxa"/>
            <w:shd w:val="clear" w:color="auto" w:fill="F0F5F5"/>
          </w:tcPr>
          <w:p w14:paraId="297E2C72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 xml:space="preserve">Redes e </w:t>
            </w:r>
            <w:proofErr w:type="spellStart"/>
            <w:r>
              <w:rPr>
                <w:sz w:val="18"/>
              </w:rPr>
              <w:t>mobilidade</w:t>
            </w:r>
            <w:proofErr w:type="spellEnd"/>
          </w:p>
        </w:tc>
        <w:tc>
          <w:tcPr>
            <w:tcW w:w="3628" w:type="dxa"/>
            <w:shd w:val="clear" w:color="auto" w:fill="F0F5F5"/>
          </w:tcPr>
          <w:p w14:paraId="687BED59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Ação</w:t>
            </w:r>
            <w:proofErr w:type="spellEnd"/>
            <w:r>
              <w:rPr>
                <w:color w:val="466C86"/>
                <w:sz w:val="18"/>
              </w:rPr>
              <w:t xml:space="preserve"> e </w:t>
            </w:r>
            <w:proofErr w:type="spellStart"/>
            <w:r>
              <w:rPr>
                <w:color w:val="466C86"/>
                <w:sz w:val="18"/>
              </w:rPr>
              <w:t>interlocutores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628" w:type="dxa"/>
            <w:shd w:val="clear" w:color="auto" w:fill="F0F5F5"/>
          </w:tcPr>
          <w:p w14:paraId="754D6AA9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Conexões</w:t>
            </w:r>
            <w:proofErr w:type="spellEnd"/>
            <w:r>
              <w:rPr>
                <w:color w:val="466C86"/>
                <w:sz w:val="18"/>
              </w:rPr>
              <w:t xml:space="preserve">/agenda de </w:t>
            </w:r>
            <w:proofErr w:type="spellStart"/>
            <w:r>
              <w:rPr>
                <w:color w:val="466C86"/>
                <w:sz w:val="18"/>
              </w:rPr>
              <w:t>cooperação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</w:tbl>
    <w:p w14:paraId="7F4F619E" w14:textId="77777777" w:rsidR="00276207" w:rsidRDefault="00276207">
      <w:pPr>
        <w:spacing w:after="0"/>
      </w:pPr>
    </w:p>
    <w:p w14:paraId="2360F3F8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4.2 Relações prévias e expansão de parcerias</w:t>
      </w:r>
    </w:p>
    <w:p w14:paraId="597C3773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[Informe cooperações anteriores entre as instituições, indicando período, participantes, resultados e comprovantes. Se inexistentes, declare essa condição e descreva a estratégia de aproximação. Identifique parceiros prioritários, papéis, próximos passos e responsáveis pela continuidade; diferencie parceria existente, em negociação e proposta.]</w:t>
      </w:r>
    </w:p>
    <w:p w14:paraId="0D682620" w14:textId="77777777" w:rsidR="00276207" w:rsidRPr="009F5A9B" w:rsidRDefault="00000000">
      <w:pPr>
        <w:pStyle w:val="Ttulo1"/>
        <w:rPr>
          <w:lang w:val="pt-BR"/>
        </w:rPr>
      </w:pPr>
      <w:r w:rsidRPr="009F5A9B">
        <w:rPr>
          <w:lang w:val="pt-BR"/>
        </w:rPr>
        <w:t>5. Objetivos de Desenvolvimento Sustentável</w:t>
      </w:r>
    </w:p>
    <w:p w14:paraId="6F8B49F4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Identifique somente os ODS efetivamente relacionados às ações. Informe número, nome e, quando pertinente, meta específica; justifique a contribuição da proposta.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3628"/>
        <w:gridCol w:w="3061"/>
      </w:tblGrid>
      <w:tr w:rsidR="00276207" w14:paraId="46F0616D" w14:textId="77777777">
        <w:trPr>
          <w:cantSplit/>
          <w:tblHeader/>
        </w:trPr>
        <w:tc>
          <w:tcPr>
            <w:tcW w:w="2948" w:type="dxa"/>
            <w:shd w:val="clear" w:color="auto" w:fill="155C60"/>
          </w:tcPr>
          <w:p w14:paraId="4DA0F58C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ODS e meta</w:t>
            </w:r>
          </w:p>
        </w:tc>
        <w:tc>
          <w:tcPr>
            <w:tcW w:w="3628" w:type="dxa"/>
            <w:shd w:val="clear" w:color="auto" w:fill="155C60"/>
          </w:tcPr>
          <w:p w14:paraId="32F8E8E2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Contribuição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concreta</w:t>
            </w:r>
            <w:proofErr w:type="spellEnd"/>
          </w:p>
        </w:tc>
        <w:tc>
          <w:tcPr>
            <w:tcW w:w="3061" w:type="dxa"/>
            <w:shd w:val="clear" w:color="auto" w:fill="155C60"/>
          </w:tcPr>
          <w:p w14:paraId="120AE498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Atividade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evidência</w:t>
            </w:r>
            <w:proofErr w:type="spellEnd"/>
          </w:p>
        </w:tc>
      </w:tr>
      <w:tr w:rsidR="00276207" w14:paraId="12807E45" w14:textId="77777777">
        <w:trPr>
          <w:cantSplit/>
        </w:trPr>
        <w:tc>
          <w:tcPr>
            <w:tcW w:w="2948" w:type="dxa"/>
            <w:shd w:val="clear" w:color="auto" w:fill="F0F5F5"/>
          </w:tcPr>
          <w:p w14:paraId="0ED67402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[Nº, nome e meta, se aplicável]</w:t>
            </w:r>
          </w:p>
        </w:tc>
        <w:tc>
          <w:tcPr>
            <w:tcW w:w="3628" w:type="dxa"/>
            <w:shd w:val="clear" w:color="auto" w:fill="F0F5F5"/>
          </w:tcPr>
          <w:p w14:paraId="542D294C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Mecanismo</w:t>
            </w:r>
            <w:proofErr w:type="spellEnd"/>
            <w:r>
              <w:rPr>
                <w:color w:val="466C86"/>
                <w:sz w:val="18"/>
              </w:rPr>
              <w:t xml:space="preserve"> de </w:t>
            </w:r>
            <w:proofErr w:type="spellStart"/>
            <w:r>
              <w:rPr>
                <w:color w:val="466C86"/>
                <w:sz w:val="18"/>
              </w:rPr>
              <w:t>contribuição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061" w:type="dxa"/>
            <w:shd w:val="clear" w:color="auto" w:fill="F0F5F5"/>
          </w:tcPr>
          <w:p w14:paraId="639627C4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[Código da </w:t>
            </w:r>
            <w:proofErr w:type="spellStart"/>
            <w:r>
              <w:rPr>
                <w:color w:val="466C86"/>
                <w:sz w:val="18"/>
              </w:rPr>
              <w:t>atividade</w:t>
            </w:r>
            <w:proofErr w:type="spellEnd"/>
            <w:r>
              <w:rPr>
                <w:color w:val="466C86"/>
                <w:sz w:val="18"/>
              </w:rPr>
              <w:t>/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022CDBD5" w14:textId="77777777">
        <w:trPr>
          <w:cantSplit/>
        </w:trPr>
        <w:tc>
          <w:tcPr>
            <w:tcW w:w="2948" w:type="dxa"/>
            <w:shd w:val="clear" w:color="auto" w:fill="FFFFFF"/>
          </w:tcPr>
          <w:p w14:paraId="6678DE67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[ODS </w:t>
            </w:r>
            <w:proofErr w:type="spellStart"/>
            <w:r>
              <w:rPr>
                <w:color w:val="466C86"/>
                <w:sz w:val="18"/>
              </w:rPr>
              <w:t>adicional</w:t>
            </w:r>
            <w:proofErr w:type="spellEnd"/>
            <w:r>
              <w:rPr>
                <w:color w:val="466C86"/>
                <w:sz w:val="18"/>
              </w:rPr>
              <w:t xml:space="preserve">, se </w:t>
            </w:r>
            <w:proofErr w:type="spellStart"/>
            <w:r>
              <w:rPr>
                <w:color w:val="466C86"/>
                <w:sz w:val="18"/>
              </w:rPr>
              <w:t>aplicável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628" w:type="dxa"/>
            <w:shd w:val="clear" w:color="auto" w:fill="FFFFFF"/>
          </w:tcPr>
          <w:p w14:paraId="45F8FE3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Contribuição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justificada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061" w:type="dxa"/>
            <w:shd w:val="clear" w:color="auto" w:fill="FFFFFF"/>
          </w:tcPr>
          <w:p w14:paraId="7C3E6EC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Indicador</w:t>
            </w:r>
            <w:proofErr w:type="spellEnd"/>
            <w:r>
              <w:rPr>
                <w:color w:val="466C86"/>
                <w:sz w:val="18"/>
              </w:rPr>
              <w:t>/</w:t>
            </w:r>
            <w:proofErr w:type="spellStart"/>
            <w:r>
              <w:rPr>
                <w:color w:val="466C86"/>
                <w:sz w:val="18"/>
              </w:rPr>
              <w:t>evidência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  <w:tr w:rsidR="00276207" w14:paraId="57C6ED15" w14:textId="77777777">
        <w:trPr>
          <w:cantSplit/>
        </w:trPr>
        <w:tc>
          <w:tcPr>
            <w:tcW w:w="2948" w:type="dxa"/>
            <w:shd w:val="clear" w:color="auto" w:fill="F0F5F5"/>
          </w:tcPr>
          <w:p w14:paraId="0DFA2085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[ODS </w:t>
            </w:r>
            <w:proofErr w:type="spellStart"/>
            <w:r>
              <w:rPr>
                <w:color w:val="466C86"/>
                <w:sz w:val="18"/>
              </w:rPr>
              <w:t>adicional</w:t>
            </w:r>
            <w:proofErr w:type="spellEnd"/>
            <w:r>
              <w:rPr>
                <w:color w:val="466C86"/>
                <w:sz w:val="18"/>
              </w:rPr>
              <w:t xml:space="preserve">, se </w:t>
            </w:r>
            <w:proofErr w:type="spellStart"/>
            <w:r>
              <w:rPr>
                <w:color w:val="466C86"/>
                <w:sz w:val="18"/>
              </w:rPr>
              <w:t>aplicável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628" w:type="dxa"/>
            <w:shd w:val="clear" w:color="auto" w:fill="F0F5F5"/>
          </w:tcPr>
          <w:p w14:paraId="4FBE534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Contribuição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justificada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3061" w:type="dxa"/>
            <w:shd w:val="clear" w:color="auto" w:fill="F0F5F5"/>
          </w:tcPr>
          <w:p w14:paraId="538CB34A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Indicador</w:t>
            </w:r>
            <w:proofErr w:type="spellEnd"/>
            <w:r>
              <w:rPr>
                <w:color w:val="466C86"/>
                <w:sz w:val="18"/>
              </w:rPr>
              <w:t>/</w:t>
            </w:r>
            <w:proofErr w:type="spellStart"/>
            <w:r>
              <w:rPr>
                <w:color w:val="466C86"/>
                <w:sz w:val="18"/>
              </w:rPr>
              <w:t>evidência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</w:tbl>
    <w:p w14:paraId="0582183F" w14:textId="77777777" w:rsidR="00276207" w:rsidRDefault="00276207">
      <w:pPr>
        <w:spacing w:after="0"/>
      </w:pPr>
    </w:p>
    <w:p w14:paraId="6AE8E5A7" w14:textId="77777777" w:rsidR="00276207" w:rsidRDefault="00000000">
      <w:r>
        <w:br w:type="page"/>
      </w:r>
    </w:p>
    <w:p w14:paraId="03BF1D6D" w14:textId="77777777" w:rsidR="00276207" w:rsidRDefault="00000000">
      <w:pPr>
        <w:pStyle w:val="Ttulo1"/>
      </w:pPr>
      <w:r>
        <w:lastRenderedPageBreak/>
        <w:t xml:space="preserve">6. </w:t>
      </w:r>
      <w:proofErr w:type="spellStart"/>
      <w:r>
        <w:t>Resultados</w:t>
      </w:r>
      <w:proofErr w:type="spellEnd"/>
      <w:r>
        <w:t xml:space="preserve">, </w:t>
      </w:r>
      <w:proofErr w:type="spellStart"/>
      <w:r>
        <w:t>produtos</w:t>
      </w:r>
      <w:proofErr w:type="spellEnd"/>
      <w:r>
        <w:t xml:space="preserve"> e </w:t>
      </w:r>
      <w:proofErr w:type="spellStart"/>
      <w:r>
        <w:t>continuidade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2551"/>
        <w:gridCol w:w="1701"/>
      </w:tblGrid>
      <w:tr w:rsidR="00276207" w14:paraId="133EBF18" w14:textId="77777777">
        <w:trPr>
          <w:cantSplit/>
          <w:tblHeader/>
        </w:trPr>
        <w:tc>
          <w:tcPr>
            <w:tcW w:w="3402" w:type="dxa"/>
            <w:shd w:val="clear" w:color="auto" w:fill="155C60"/>
          </w:tcPr>
          <w:p w14:paraId="55D8857C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Resultado</w:t>
            </w:r>
            <w:proofErr w:type="spellEnd"/>
            <w:r>
              <w:rPr>
                <w:b/>
                <w:color w:val="FFFFFF"/>
                <w:sz w:val="18"/>
              </w:rPr>
              <w:t>/</w:t>
            </w:r>
            <w:proofErr w:type="spellStart"/>
            <w:r>
              <w:rPr>
                <w:b/>
                <w:color w:val="FFFFFF"/>
                <w:sz w:val="18"/>
              </w:rPr>
              <w:t>produto</w:t>
            </w:r>
            <w:proofErr w:type="spellEnd"/>
          </w:p>
        </w:tc>
        <w:tc>
          <w:tcPr>
            <w:tcW w:w="1984" w:type="dxa"/>
            <w:shd w:val="clear" w:color="auto" w:fill="155C60"/>
          </w:tcPr>
          <w:p w14:paraId="6E85CA4C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 xml:space="preserve">Meta e </w:t>
            </w:r>
            <w:proofErr w:type="spellStart"/>
            <w:r>
              <w:rPr>
                <w:b/>
                <w:color w:val="FFFFFF"/>
                <w:sz w:val="18"/>
              </w:rPr>
              <w:t>prazo</w:t>
            </w:r>
            <w:proofErr w:type="spellEnd"/>
          </w:p>
        </w:tc>
        <w:tc>
          <w:tcPr>
            <w:tcW w:w="2551" w:type="dxa"/>
            <w:shd w:val="clear" w:color="auto" w:fill="155C60"/>
          </w:tcPr>
          <w:p w14:paraId="1DAEC72A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Comprovação</w:t>
            </w:r>
            <w:proofErr w:type="spellEnd"/>
          </w:p>
        </w:tc>
        <w:tc>
          <w:tcPr>
            <w:tcW w:w="1701" w:type="dxa"/>
            <w:shd w:val="clear" w:color="auto" w:fill="155C60"/>
          </w:tcPr>
          <w:p w14:paraId="551B4BFB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Responsável</w:t>
            </w:r>
            <w:proofErr w:type="spellEnd"/>
          </w:p>
        </w:tc>
      </w:tr>
      <w:tr w:rsidR="00276207" w14:paraId="3280803D" w14:textId="77777777">
        <w:trPr>
          <w:cantSplit/>
        </w:trPr>
        <w:tc>
          <w:tcPr>
            <w:tcW w:w="3402" w:type="dxa"/>
            <w:shd w:val="clear" w:color="auto" w:fill="F0F5F5"/>
          </w:tcPr>
          <w:p w14:paraId="6935A633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[Material formativo, protocolo, análise, manuscrito ou outro produto]</w:t>
            </w:r>
          </w:p>
        </w:tc>
        <w:tc>
          <w:tcPr>
            <w:tcW w:w="1984" w:type="dxa"/>
            <w:shd w:val="clear" w:color="auto" w:fill="F0F5F5"/>
          </w:tcPr>
          <w:p w14:paraId="4A35F25B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Quantidade</w:t>
            </w:r>
            <w:proofErr w:type="spellEnd"/>
            <w:r>
              <w:rPr>
                <w:color w:val="466C86"/>
                <w:sz w:val="18"/>
              </w:rPr>
              <w:t xml:space="preserve"> e data]</w:t>
            </w:r>
          </w:p>
        </w:tc>
        <w:tc>
          <w:tcPr>
            <w:tcW w:w="2551" w:type="dxa"/>
            <w:shd w:val="clear" w:color="auto" w:fill="F0F5F5"/>
          </w:tcPr>
          <w:p w14:paraId="129F624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Arquivo</w:t>
            </w:r>
            <w:proofErr w:type="spellEnd"/>
            <w:r>
              <w:rPr>
                <w:color w:val="466C86"/>
                <w:sz w:val="18"/>
              </w:rPr>
              <w:t xml:space="preserve">, </w:t>
            </w:r>
            <w:proofErr w:type="spellStart"/>
            <w:r>
              <w:rPr>
                <w:color w:val="466C86"/>
                <w:sz w:val="18"/>
              </w:rPr>
              <w:t>registro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ou</w:t>
            </w:r>
            <w:proofErr w:type="spellEnd"/>
            <w:r>
              <w:rPr>
                <w:color w:val="466C86"/>
                <w:sz w:val="18"/>
              </w:rPr>
              <w:t xml:space="preserve"> link]</w:t>
            </w:r>
          </w:p>
        </w:tc>
        <w:tc>
          <w:tcPr>
            <w:tcW w:w="1701" w:type="dxa"/>
            <w:shd w:val="clear" w:color="auto" w:fill="F0F5F5"/>
          </w:tcPr>
          <w:p w14:paraId="07891F40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[Nome/equipe]</w:t>
            </w:r>
          </w:p>
        </w:tc>
      </w:tr>
      <w:tr w:rsidR="00276207" w14:paraId="2CF8B71E" w14:textId="77777777">
        <w:trPr>
          <w:cantSplit/>
        </w:trPr>
        <w:tc>
          <w:tcPr>
            <w:tcW w:w="3402" w:type="dxa"/>
            <w:shd w:val="clear" w:color="auto" w:fill="FFFFFF"/>
          </w:tcPr>
          <w:p w14:paraId="06C48186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Produto</w:t>
            </w:r>
            <w:proofErr w:type="spellEnd"/>
            <w:r>
              <w:rPr>
                <w:color w:val="466C86"/>
                <w:sz w:val="18"/>
              </w:rPr>
              <w:t xml:space="preserve"> de </w:t>
            </w:r>
            <w:proofErr w:type="spellStart"/>
            <w:r>
              <w:rPr>
                <w:color w:val="466C86"/>
                <w:sz w:val="18"/>
              </w:rPr>
              <w:t>cooperação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internacional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1984" w:type="dxa"/>
            <w:shd w:val="clear" w:color="auto" w:fill="FFFFFF"/>
          </w:tcPr>
          <w:p w14:paraId="3BA9B198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[Meta e data]</w:t>
            </w:r>
          </w:p>
        </w:tc>
        <w:tc>
          <w:tcPr>
            <w:tcW w:w="2551" w:type="dxa"/>
            <w:shd w:val="clear" w:color="auto" w:fill="FFFFFF"/>
          </w:tcPr>
          <w:p w14:paraId="780EEBBB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[Agenda, </w:t>
            </w:r>
            <w:proofErr w:type="spellStart"/>
            <w:r>
              <w:rPr>
                <w:color w:val="466C86"/>
                <w:sz w:val="18"/>
              </w:rPr>
              <w:t>proposta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ou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documento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1701" w:type="dxa"/>
            <w:shd w:val="clear" w:color="auto" w:fill="FFFFFF"/>
          </w:tcPr>
          <w:p w14:paraId="6F766B2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[Nome/equipe]</w:t>
            </w:r>
          </w:p>
        </w:tc>
      </w:tr>
      <w:tr w:rsidR="00276207" w14:paraId="75445F2A" w14:textId="77777777">
        <w:trPr>
          <w:cantSplit/>
        </w:trPr>
        <w:tc>
          <w:tcPr>
            <w:tcW w:w="3402" w:type="dxa"/>
            <w:shd w:val="clear" w:color="auto" w:fill="F0F5F5"/>
          </w:tcPr>
          <w:p w14:paraId="5C95C38D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[Resultado de formação ou integração]</w:t>
            </w:r>
          </w:p>
        </w:tc>
        <w:tc>
          <w:tcPr>
            <w:tcW w:w="1984" w:type="dxa"/>
            <w:shd w:val="clear" w:color="auto" w:fill="F0F5F5"/>
          </w:tcPr>
          <w:p w14:paraId="787BE74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[Meta e data]</w:t>
            </w:r>
          </w:p>
        </w:tc>
        <w:tc>
          <w:tcPr>
            <w:tcW w:w="2551" w:type="dxa"/>
            <w:shd w:val="clear" w:color="auto" w:fill="F0F5F5"/>
          </w:tcPr>
          <w:p w14:paraId="4463FCE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[Lista, </w:t>
            </w:r>
            <w:proofErr w:type="spellStart"/>
            <w:r>
              <w:rPr>
                <w:color w:val="466C86"/>
                <w:sz w:val="18"/>
              </w:rPr>
              <w:t>avaliação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ou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registro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1701" w:type="dxa"/>
            <w:shd w:val="clear" w:color="auto" w:fill="F0F5F5"/>
          </w:tcPr>
          <w:p w14:paraId="4AE95A92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[Nome/equipe]</w:t>
            </w:r>
          </w:p>
        </w:tc>
      </w:tr>
      <w:tr w:rsidR="00276207" w14:paraId="11CA79A2" w14:textId="77777777">
        <w:trPr>
          <w:cantSplit/>
        </w:trPr>
        <w:tc>
          <w:tcPr>
            <w:tcW w:w="3402" w:type="dxa"/>
            <w:shd w:val="clear" w:color="auto" w:fill="FFFFFF"/>
          </w:tcPr>
          <w:p w14:paraId="5B03BD13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[Desdobramento posterior à visita, se aplicável]</w:t>
            </w:r>
          </w:p>
        </w:tc>
        <w:tc>
          <w:tcPr>
            <w:tcW w:w="1984" w:type="dxa"/>
            <w:shd w:val="clear" w:color="auto" w:fill="FFFFFF"/>
          </w:tcPr>
          <w:p w14:paraId="3979749E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Prazo</w:t>
            </w:r>
            <w:proofErr w:type="spellEnd"/>
            <w:r>
              <w:rPr>
                <w:color w:val="466C86"/>
                <w:sz w:val="18"/>
              </w:rPr>
              <w:t xml:space="preserve"> </w:t>
            </w:r>
            <w:proofErr w:type="spellStart"/>
            <w:r>
              <w:rPr>
                <w:color w:val="466C86"/>
                <w:sz w:val="18"/>
              </w:rPr>
              <w:t>pós</w:t>
            </w:r>
            <w:proofErr w:type="spellEnd"/>
            <w:r>
              <w:rPr>
                <w:color w:val="466C86"/>
                <w:sz w:val="18"/>
              </w:rPr>
              <w:t>-visita]</w:t>
            </w:r>
          </w:p>
        </w:tc>
        <w:tc>
          <w:tcPr>
            <w:tcW w:w="2551" w:type="dxa"/>
            <w:shd w:val="clear" w:color="auto" w:fill="FFFFFF"/>
          </w:tcPr>
          <w:p w14:paraId="037BAEC3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 xml:space="preserve">[Registro de </w:t>
            </w:r>
            <w:proofErr w:type="spellStart"/>
            <w:r>
              <w:rPr>
                <w:color w:val="466C86"/>
                <w:sz w:val="18"/>
              </w:rPr>
              <w:t>acompanhamento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  <w:tc>
          <w:tcPr>
            <w:tcW w:w="1701" w:type="dxa"/>
            <w:shd w:val="clear" w:color="auto" w:fill="FFFFFF"/>
          </w:tcPr>
          <w:p w14:paraId="3AEC2EC1" w14:textId="77777777" w:rsidR="00276207" w:rsidRDefault="00000000">
            <w:pPr>
              <w:spacing w:before="80" w:after="80" w:line="240" w:lineRule="auto"/>
            </w:pPr>
            <w:r>
              <w:rPr>
                <w:color w:val="466C86"/>
                <w:sz w:val="18"/>
              </w:rPr>
              <w:t>[</w:t>
            </w:r>
            <w:proofErr w:type="spellStart"/>
            <w:r>
              <w:rPr>
                <w:color w:val="466C86"/>
                <w:sz w:val="18"/>
              </w:rPr>
              <w:t>Responsável</w:t>
            </w:r>
            <w:proofErr w:type="spellEnd"/>
            <w:r>
              <w:rPr>
                <w:color w:val="466C86"/>
                <w:sz w:val="18"/>
              </w:rPr>
              <w:t xml:space="preserve"> pela </w:t>
            </w:r>
            <w:proofErr w:type="spellStart"/>
            <w:r>
              <w:rPr>
                <w:color w:val="466C86"/>
                <w:sz w:val="18"/>
              </w:rPr>
              <w:t>continuidade</w:t>
            </w:r>
            <w:proofErr w:type="spellEnd"/>
            <w:r>
              <w:rPr>
                <w:color w:val="466C86"/>
                <w:sz w:val="18"/>
              </w:rPr>
              <w:t>]</w:t>
            </w:r>
          </w:p>
        </w:tc>
      </w:tr>
    </w:tbl>
    <w:p w14:paraId="1FA8F553" w14:textId="77777777" w:rsidR="00276207" w:rsidRDefault="00276207">
      <w:pPr>
        <w:spacing w:after="0"/>
      </w:pPr>
    </w:p>
    <w:p w14:paraId="2FD830D8" w14:textId="77777777" w:rsidR="00276207" w:rsidRDefault="00000000">
      <w:pPr>
        <w:pStyle w:val="Ttulo2"/>
      </w:pPr>
      <w:r>
        <w:t xml:space="preserve">6.1 </w:t>
      </w:r>
      <w:proofErr w:type="spellStart"/>
      <w:r>
        <w:t>Disseminação</w:t>
      </w:r>
      <w:proofErr w:type="spellEnd"/>
      <w:r>
        <w:t xml:space="preserve">, </w:t>
      </w:r>
      <w:proofErr w:type="spellStart"/>
      <w:r>
        <w:t>incorporação</w:t>
      </w:r>
      <w:proofErr w:type="spellEnd"/>
      <w:r>
        <w:t xml:space="preserve"> e </w:t>
      </w:r>
      <w:proofErr w:type="spellStart"/>
      <w:r>
        <w:t>equidade</w:t>
      </w:r>
      <w:proofErr w:type="spellEnd"/>
    </w:p>
    <w:p w14:paraId="13D69115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[Descreva como o conhecimento será compartilhado e incorporado às atividades do PPG e da Rede Gaia. Indique público, canais, materiais, acessibilidade e medidas para ampliar a participação e reduzir assimetrias, quando pertinentes. Planeje o reconhecimento do apoio da CAPES e do CAPES-Global.edu nos produtos e na divulgação.]</w:t>
      </w:r>
    </w:p>
    <w:p w14:paraId="29889877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6.2 Monitoramento e relatório</w:t>
      </w:r>
    </w:p>
    <w:p w14:paraId="784DCBCB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 xml:space="preserve">Acompanhamento: </w:t>
      </w:r>
      <w:proofErr w:type="gramStart"/>
      <w:r w:rsidRPr="009F5A9B">
        <w:rPr>
          <w:lang w:val="pt-BR"/>
        </w:rPr>
        <w:t>[Responsável</w:t>
      </w:r>
      <w:proofErr w:type="gramEnd"/>
      <w:r w:rsidRPr="009F5A9B">
        <w:rPr>
          <w:lang w:val="pt-BR"/>
        </w:rPr>
        <w:t xml:space="preserve"> no PPG, periodicidade das reuniões, indicadores e forma de registro].</w:t>
      </w:r>
    </w:p>
    <w:p w14:paraId="5B901E49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Relatório: [Estratégia de registro das atividades, resultados e produtos]. O edital prevê a entrega ao PPG em até 30 dias após o retorno ao país de origem, em modelo a ser disponibilizado pela Rede, sem prejuízo das exigências da CAPES (item 16.4).</w:t>
      </w:r>
    </w:p>
    <w:p w14:paraId="42E6B3F5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6.3 Condições de execução e riscos</w:t>
      </w:r>
    </w:p>
    <w:p w14:paraId="279284E3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[Liste infraestrutura, disponibilidade das equipes e recursos necessários. Especifique o que já está confirmado e o que depende de autorização ou financiamento. Para riscos relevantes, indique alternativa viável. Não presuma que a bolsa cobrirá despesas de pesquisa não previstas no edital.]</w:t>
      </w:r>
    </w:p>
    <w:p w14:paraId="3B00CBDC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6.4 Sustentabilidade da cooperação</w:t>
      </w:r>
    </w:p>
    <w:p w14:paraId="28999722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[Apresente agenda posterior à visita, interlocutores responsáveis e forma de acompanhamento para consolidar a cooperação, novos projetos, produção conjunta ou mobilidade, conforme a viabilidade institucional.]</w:t>
      </w:r>
    </w:p>
    <w:p w14:paraId="2747AF85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br w:type="page"/>
      </w:r>
    </w:p>
    <w:p w14:paraId="042555B1" w14:textId="77777777" w:rsidR="00276207" w:rsidRPr="009F5A9B" w:rsidRDefault="00000000">
      <w:pPr>
        <w:pStyle w:val="Ttulo1"/>
        <w:rPr>
          <w:lang w:val="pt-BR"/>
        </w:rPr>
      </w:pPr>
      <w:r w:rsidRPr="009F5A9B">
        <w:rPr>
          <w:lang w:val="pt-BR"/>
        </w:rPr>
        <w:lastRenderedPageBreak/>
        <w:t>7. Elementos de apoio à avaliação</w:t>
      </w:r>
    </w:p>
    <w:p w14:paraId="275508A5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Esta seção complementa o plano e não substitui o currículo nem os demais documentos de inscrição. Relaciona-se aos critérios do Anexo VI.</w:t>
      </w:r>
    </w:p>
    <w:p w14:paraId="04397544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7.1 Instituição de origem e experiência do candidato</w:t>
      </w:r>
    </w:p>
    <w:p w14:paraId="2B546495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[Descreva a relevância acadêmica e científica da instituição de origem e a competência do candidato na área. Quando aplicáveis aos critérios do Anexo VI, indique evidências de classificação institucional (ranking/edição/posição) ou do enquadramento previsto no edital, sem presumir condição não comprovada.]</w:t>
      </w:r>
    </w:p>
    <w:p w14:paraId="5FA3686A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7.2 Cinco produções de maior destaque nos últimos cinco anos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272"/>
        <w:gridCol w:w="3969"/>
      </w:tblGrid>
      <w:tr w:rsidR="00276207" w14:paraId="24DD5157" w14:textId="77777777" w:rsidTr="009F5A9B">
        <w:trPr>
          <w:cantSplit/>
          <w:tblHeader/>
        </w:trPr>
        <w:tc>
          <w:tcPr>
            <w:tcW w:w="534" w:type="dxa"/>
            <w:shd w:val="clear" w:color="auto" w:fill="155C60"/>
          </w:tcPr>
          <w:p w14:paraId="1AE9A4DE" w14:textId="77777777" w:rsidR="00276207" w:rsidRDefault="00000000">
            <w:pPr>
              <w:spacing w:before="80" w:after="80" w:line="240" w:lineRule="auto"/>
            </w:pPr>
            <w:r>
              <w:rPr>
                <w:b/>
                <w:color w:val="FFFFFF"/>
                <w:sz w:val="18"/>
              </w:rPr>
              <w:t>Nº</w:t>
            </w:r>
          </w:p>
        </w:tc>
        <w:tc>
          <w:tcPr>
            <w:tcW w:w="5272" w:type="dxa"/>
            <w:shd w:val="clear" w:color="auto" w:fill="155C60"/>
          </w:tcPr>
          <w:p w14:paraId="1066A3E1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Produção</w:t>
            </w:r>
            <w:proofErr w:type="spellEnd"/>
            <w:r>
              <w:rPr>
                <w:b/>
                <w:color w:val="FFFFFF"/>
                <w:sz w:val="18"/>
              </w:rPr>
              <w:t xml:space="preserve">, </w:t>
            </w:r>
            <w:proofErr w:type="spellStart"/>
            <w:r>
              <w:rPr>
                <w:b/>
                <w:color w:val="FFFFFF"/>
                <w:sz w:val="18"/>
              </w:rPr>
              <w:t>ano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identificação</w:t>
            </w:r>
            <w:proofErr w:type="spellEnd"/>
          </w:p>
        </w:tc>
        <w:tc>
          <w:tcPr>
            <w:tcW w:w="3969" w:type="dxa"/>
            <w:shd w:val="clear" w:color="auto" w:fill="155C60"/>
          </w:tcPr>
          <w:p w14:paraId="4CA9B04D" w14:textId="77777777" w:rsidR="00276207" w:rsidRDefault="00000000">
            <w:pPr>
              <w:spacing w:before="80" w:after="8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Aderência</w:t>
            </w:r>
            <w:proofErr w:type="spellEnd"/>
            <w:r>
              <w:rPr>
                <w:b/>
                <w:color w:val="FFFFFF"/>
                <w:sz w:val="18"/>
              </w:rPr>
              <w:t xml:space="preserve"> e </w:t>
            </w:r>
            <w:proofErr w:type="spellStart"/>
            <w:r>
              <w:rPr>
                <w:b/>
                <w:color w:val="FFFFFF"/>
                <w:sz w:val="18"/>
              </w:rPr>
              <w:t>contribuição</w:t>
            </w:r>
            <w:proofErr w:type="spellEnd"/>
          </w:p>
        </w:tc>
      </w:tr>
      <w:tr w:rsidR="00276207" w:rsidRPr="0073246F" w14:paraId="4D02A855" w14:textId="77777777" w:rsidTr="009F5A9B">
        <w:trPr>
          <w:cantSplit/>
        </w:trPr>
        <w:tc>
          <w:tcPr>
            <w:tcW w:w="534" w:type="dxa"/>
            <w:shd w:val="clear" w:color="auto" w:fill="F0F5F5"/>
          </w:tcPr>
          <w:p w14:paraId="59864880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5272" w:type="dxa"/>
            <w:shd w:val="clear" w:color="auto" w:fill="F0F5F5"/>
          </w:tcPr>
          <w:p w14:paraId="0F9844CC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[Referência, DOI/link ou comprovante; autoria e ano]</w:t>
            </w:r>
          </w:p>
        </w:tc>
        <w:tc>
          <w:tcPr>
            <w:tcW w:w="3969" w:type="dxa"/>
            <w:shd w:val="clear" w:color="auto" w:fill="F0F5F5"/>
          </w:tcPr>
          <w:p w14:paraId="5F9407F8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[Relação com o tema e com a visita]</w:t>
            </w:r>
          </w:p>
        </w:tc>
      </w:tr>
      <w:tr w:rsidR="00276207" w:rsidRPr="0073246F" w14:paraId="0B4A5AE9" w14:textId="77777777" w:rsidTr="009F5A9B">
        <w:trPr>
          <w:cantSplit/>
        </w:trPr>
        <w:tc>
          <w:tcPr>
            <w:tcW w:w="534" w:type="dxa"/>
            <w:shd w:val="clear" w:color="auto" w:fill="FFFFFF"/>
          </w:tcPr>
          <w:p w14:paraId="7A00ACA7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5272" w:type="dxa"/>
            <w:shd w:val="clear" w:color="auto" w:fill="FFFFFF"/>
          </w:tcPr>
          <w:p w14:paraId="06EC7277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[Referência, DOI/link ou comprovante; autoria e ano]</w:t>
            </w:r>
          </w:p>
        </w:tc>
        <w:tc>
          <w:tcPr>
            <w:tcW w:w="3969" w:type="dxa"/>
            <w:shd w:val="clear" w:color="auto" w:fill="FFFFFF"/>
          </w:tcPr>
          <w:p w14:paraId="37EFF302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[Relação com o tema e com a visita]</w:t>
            </w:r>
          </w:p>
        </w:tc>
      </w:tr>
      <w:tr w:rsidR="00276207" w:rsidRPr="0073246F" w14:paraId="6A5B9E45" w14:textId="77777777" w:rsidTr="009F5A9B">
        <w:trPr>
          <w:cantSplit/>
        </w:trPr>
        <w:tc>
          <w:tcPr>
            <w:tcW w:w="534" w:type="dxa"/>
            <w:shd w:val="clear" w:color="auto" w:fill="F0F5F5"/>
          </w:tcPr>
          <w:p w14:paraId="3E8E658D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5272" w:type="dxa"/>
            <w:shd w:val="clear" w:color="auto" w:fill="F0F5F5"/>
          </w:tcPr>
          <w:p w14:paraId="77DAA1F1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[Referência, DOI/link ou comprovante; autoria e ano]</w:t>
            </w:r>
          </w:p>
        </w:tc>
        <w:tc>
          <w:tcPr>
            <w:tcW w:w="3969" w:type="dxa"/>
            <w:shd w:val="clear" w:color="auto" w:fill="F0F5F5"/>
          </w:tcPr>
          <w:p w14:paraId="1983A4F2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[Relação com o tema e com a visita]</w:t>
            </w:r>
          </w:p>
        </w:tc>
      </w:tr>
      <w:tr w:rsidR="00276207" w:rsidRPr="0073246F" w14:paraId="4EFA5853" w14:textId="77777777" w:rsidTr="009F5A9B">
        <w:trPr>
          <w:cantSplit/>
        </w:trPr>
        <w:tc>
          <w:tcPr>
            <w:tcW w:w="534" w:type="dxa"/>
            <w:shd w:val="clear" w:color="auto" w:fill="FFFFFF"/>
          </w:tcPr>
          <w:p w14:paraId="57D3AC69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5272" w:type="dxa"/>
            <w:shd w:val="clear" w:color="auto" w:fill="FFFFFF"/>
          </w:tcPr>
          <w:p w14:paraId="6E8A0ED6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[Referência, DOI/link ou comprovante; autoria e ano]</w:t>
            </w:r>
          </w:p>
        </w:tc>
        <w:tc>
          <w:tcPr>
            <w:tcW w:w="3969" w:type="dxa"/>
            <w:shd w:val="clear" w:color="auto" w:fill="FFFFFF"/>
          </w:tcPr>
          <w:p w14:paraId="416807A7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[Relação com o tema e com a visita]</w:t>
            </w:r>
          </w:p>
        </w:tc>
      </w:tr>
      <w:tr w:rsidR="00276207" w:rsidRPr="0073246F" w14:paraId="1C72E33E" w14:textId="77777777" w:rsidTr="009F5A9B">
        <w:trPr>
          <w:cantSplit/>
        </w:trPr>
        <w:tc>
          <w:tcPr>
            <w:tcW w:w="534" w:type="dxa"/>
            <w:shd w:val="clear" w:color="auto" w:fill="F0F5F5"/>
          </w:tcPr>
          <w:p w14:paraId="751B4D01" w14:textId="77777777" w:rsidR="00276207" w:rsidRDefault="00000000">
            <w:pPr>
              <w:spacing w:before="80" w:after="8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5272" w:type="dxa"/>
            <w:shd w:val="clear" w:color="auto" w:fill="F0F5F5"/>
          </w:tcPr>
          <w:p w14:paraId="33660BEF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[Referência, DOI/link ou comprovante; autoria e ano]</w:t>
            </w:r>
          </w:p>
        </w:tc>
        <w:tc>
          <w:tcPr>
            <w:tcW w:w="3969" w:type="dxa"/>
            <w:shd w:val="clear" w:color="auto" w:fill="F0F5F5"/>
          </w:tcPr>
          <w:p w14:paraId="6CE4B14E" w14:textId="77777777" w:rsidR="00276207" w:rsidRPr="009F5A9B" w:rsidRDefault="00000000">
            <w:pPr>
              <w:spacing w:before="80" w:after="80" w:line="240" w:lineRule="auto"/>
              <w:rPr>
                <w:lang w:val="pt-BR"/>
              </w:rPr>
            </w:pPr>
            <w:r w:rsidRPr="009F5A9B">
              <w:rPr>
                <w:color w:val="466C86"/>
                <w:sz w:val="18"/>
                <w:lang w:val="pt-BR"/>
              </w:rPr>
              <w:t>[Relação com o tema e com a visita]</w:t>
            </w:r>
          </w:p>
        </w:tc>
      </w:tr>
    </w:tbl>
    <w:p w14:paraId="7E847632" w14:textId="77777777" w:rsidR="00276207" w:rsidRPr="009F5A9B" w:rsidRDefault="00276207">
      <w:pPr>
        <w:spacing w:after="0"/>
        <w:rPr>
          <w:lang w:val="pt-BR"/>
        </w:rPr>
      </w:pPr>
    </w:p>
    <w:p w14:paraId="3AB7509A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Orientações e projetos no mesmo período: [Síntese de orientações em andamento/concluídas e projetos de pesquisa em andamento/concluídos, conforme o currículo].</w:t>
      </w:r>
    </w:p>
    <w:p w14:paraId="259C0847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7.3 Referências e evidências, se utilizadas</w:t>
      </w:r>
    </w:p>
    <w:p w14:paraId="6DF64795" w14:textId="77777777" w:rsidR="00276207" w:rsidRPr="009F5A9B" w:rsidRDefault="00000000">
      <w:pPr>
        <w:rPr>
          <w:lang w:val="pt-BR"/>
        </w:rPr>
      </w:pPr>
      <w:r w:rsidRPr="009F5A9B">
        <w:rPr>
          <w:i/>
          <w:color w:val="466C86"/>
          <w:lang w:val="pt-BR"/>
        </w:rPr>
        <w:t>[Relacionar referências e documentos efetivamente citados. Se utilizar citações numéricas, numerar pela ordem da primeira ocorrência: [1], [2], [</w:t>
      </w:r>
      <w:proofErr w:type="gramStart"/>
      <w:r w:rsidRPr="009F5A9B">
        <w:rPr>
          <w:i/>
          <w:color w:val="466C86"/>
          <w:lang w:val="pt-BR"/>
        </w:rPr>
        <w:t>3]...</w:t>
      </w:r>
      <w:proofErr w:type="gramEnd"/>
      <w:r w:rsidRPr="009F5A9B">
        <w:rPr>
          <w:i/>
          <w:color w:val="466C86"/>
          <w:lang w:val="pt-BR"/>
        </w:rPr>
        <w:t>]</w:t>
      </w:r>
    </w:p>
    <w:p w14:paraId="1C251D63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7.4 Ciência e assinaturas — conforme orientação do PPG</w:t>
      </w:r>
    </w:p>
    <w:p w14:paraId="56E514FD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Local e data: [Cidade], [dia] de [mês] de [ano].</w:t>
      </w:r>
    </w:p>
    <w:p w14:paraId="2D630654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Candidato(a): [Nome e assinatura, se solicitada pelo PPG].</w:t>
      </w:r>
    </w:p>
    <w:p w14:paraId="4AF684E1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Docente proponente no Brasil: [Nome e assinatura, se solicitada pelo PPG].</w:t>
      </w:r>
    </w:p>
    <w:p w14:paraId="6E5486B3" w14:textId="77777777" w:rsidR="00276207" w:rsidRPr="009F5A9B" w:rsidRDefault="00000000">
      <w:pPr>
        <w:rPr>
          <w:lang w:val="pt-BR"/>
        </w:rPr>
      </w:pPr>
      <w:r w:rsidRPr="009F5A9B">
        <w:rPr>
          <w:color w:val="52616B"/>
          <w:sz w:val="18"/>
          <w:lang w:val="pt-BR"/>
        </w:rPr>
        <w:t>A anuência da instituição de origem deve ser apresentada em documento próprio, conforme o item 7.3.3(c). Estas assinaturas não substituem essa anuência.</w:t>
      </w:r>
    </w:p>
    <w:p w14:paraId="3BC06E80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br w:type="page"/>
      </w:r>
    </w:p>
    <w:p w14:paraId="605BE683" w14:textId="77777777" w:rsidR="00276207" w:rsidRPr="009F5A9B" w:rsidRDefault="00000000" w:rsidP="009F5A9B">
      <w:pPr>
        <w:pStyle w:val="Ttulo1"/>
        <w:jc w:val="center"/>
        <w:rPr>
          <w:lang w:val="pt-BR"/>
        </w:rPr>
      </w:pPr>
      <w:r w:rsidRPr="009F5A9B">
        <w:rPr>
          <w:lang w:val="pt-BR"/>
        </w:rPr>
        <w:lastRenderedPageBreak/>
        <w:t>Apêndice • conferência antes do envio</w:t>
      </w:r>
    </w:p>
    <w:p w14:paraId="6346F0F3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A. Conteúdo mínimo do plano de atividades</w:t>
      </w:r>
    </w:p>
    <w:p w14:paraId="33968AD2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Alinhamento explícito ao Plano de Ação do tema em que o PPG participa da Rede Gaia.</w:t>
      </w:r>
    </w:p>
    <w:p w14:paraId="31586D63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Cronograma de atividades coerente com a duração da cota e o período proposto.</w:t>
      </w:r>
    </w:p>
    <w:p w14:paraId="2869334D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 xml:space="preserve">☐ Impactos potenciais sobre a internacionalização dos </w:t>
      </w:r>
      <w:proofErr w:type="spellStart"/>
      <w:r w:rsidRPr="009F5A9B">
        <w:rPr>
          <w:lang w:val="pt-BR"/>
        </w:rPr>
        <w:t>PPGs</w:t>
      </w:r>
      <w:proofErr w:type="spellEnd"/>
      <w:r w:rsidRPr="009F5A9B">
        <w:rPr>
          <w:lang w:val="pt-BR"/>
        </w:rPr>
        <w:t xml:space="preserve"> da Rede Gaia.</w:t>
      </w:r>
    </w:p>
    <w:p w14:paraId="66E1DD9F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Contribuição para a ampliação de parcerias internacionais estratégicas.</w:t>
      </w:r>
    </w:p>
    <w:p w14:paraId="02001600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Identificação e justificativa dos ODS que poderão ser contemplados.</w:t>
      </w:r>
    </w:p>
    <w:p w14:paraId="5858AD6E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B. Documentos da inscrição — itens 7.3.1 e 7.3.3</w:t>
      </w:r>
    </w:p>
    <w:p w14:paraId="5D022DFA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Formulário de inscrição, conforme modelo ou procedimento do PPG.</w:t>
      </w:r>
    </w:p>
    <w:p w14:paraId="37AAB892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Documento oficial de identificação com fotografia.</w:t>
      </w:r>
    </w:p>
    <w:p w14:paraId="2B779055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Comprovante de registro no ORCID e currículo com principais realizações.</w:t>
      </w:r>
    </w:p>
    <w:p w14:paraId="24E8D7CF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Comprovante de residência no exterior e diploma de doutorado ou equivalente.</w:t>
      </w:r>
    </w:p>
    <w:p w14:paraId="13ABEC41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Anuência da instituição de origem e plano de atividades preenchido.</w:t>
      </w:r>
    </w:p>
    <w:p w14:paraId="45933B1A" w14:textId="77777777" w:rsidR="00276207" w:rsidRPr="009F5A9B" w:rsidRDefault="00000000">
      <w:pPr>
        <w:pStyle w:val="Ttulo2"/>
        <w:rPr>
          <w:lang w:val="pt-BR"/>
        </w:rPr>
      </w:pPr>
      <w:r w:rsidRPr="009F5A9B">
        <w:rPr>
          <w:lang w:val="pt-BR"/>
        </w:rPr>
        <w:t>C. Elegibilidade e procedimentos</w:t>
      </w:r>
    </w:p>
    <w:p w14:paraId="3C4F24D8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Conferir os requisitos gerais do item 5.1: residência fora do Brasil, disponibilidade integral, regularidade perante a CAPES, ausência de registro de inadimplência na Administração Pública Federal, ORCID ativo e não ser aposentado(a).</w:t>
      </w:r>
    </w:p>
    <w:p w14:paraId="4345487D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Conferir os requisitos do item 6.2: doutorado ou equivalente, residência no exterior, competência reconhecida e produção acadêmica relevante, especialmente nos últimos cinco anos.</w:t>
      </w:r>
    </w:p>
    <w:p w14:paraId="53FAAAF7" w14:textId="77777777" w:rsidR="00276207" w:rsidRPr="009F5A9B" w:rsidRDefault="00000000">
      <w:pPr>
        <w:rPr>
          <w:lang w:val="pt-BR"/>
        </w:rPr>
      </w:pPr>
      <w:r w:rsidRPr="009F5A9B">
        <w:rPr>
          <w:lang w:val="pt-BR"/>
        </w:rPr>
        <w:t>☐ Confirmar PPG, tema, cota e duração no Anexo II; obter o Plano de Ação do tema; verificar idioma, prazo e canal de envio divulgados pelo PPG. A candidatura é submetida pelo docente proponente ao PPG (item 7.1).</w:t>
      </w:r>
    </w:p>
    <w:p w14:paraId="08E049EB" w14:textId="3B948270" w:rsidR="00276207" w:rsidRPr="009F5A9B" w:rsidRDefault="00000000" w:rsidP="009F5A9B">
      <w:pPr>
        <w:rPr>
          <w:lang w:val="pt-BR"/>
        </w:rPr>
      </w:pPr>
      <w:r w:rsidRPr="009F5A9B">
        <w:rPr>
          <w:rFonts w:ascii="Segoe UI Symbol" w:hAnsi="Segoe UI Symbol" w:cs="Segoe UI Symbol"/>
          <w:lang w:val="pt-BR"/>
        </w:rPr>
        <w:t>☐</w:t>
      </w:r>
      <w:r w:rsidRPr="009F5A9B">
        <w:rPr>
          <w:lang w:val="pt-BR"/>
        </w:rPr>
        <w:t xml:space="preserve"> Revisar coerência entre objetivos, atividades, cronograma, ODS, indicadores e resultados; retirar campos não preenchidos, exemplos e orientações.</w:t>
      </w:r>
    </w:p>
    <w:sectPr w:rsidR="00276207" w:rsidRPr="009F5A9B" w:rsidSect="00034616">
      <w:footerReference w:type="default" r:id="rId8"/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4E22" w14:textId="77777777" w:rsidR="00330C9E" w:rsidRDefault="00330C9E">
      <w:pPr>
        <w:spacing w:after="0" w:line="240" w:lineRule="auto"/>
      </w:pPr>
      <w:r>
        <w:separator/>
      </w:r>
    </w:p>
  </w:endnote>
  <w:endnote w:type="continuationSeparator" w:id="0">
    <w:p w14:paraId="790E9D0D" w14:textId="77777777" w:rsidR="00330C9E" w:rsidRDefault="00330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A16D4" w14:textId="77777777" w:rsidR="00276207" w:rsidRDefault="00000000">
    <w:pPr>
      <w:pStyle w:val="Rodap"/>
      <w:jc w:val="right"/>
    </w:pPr>
    <w:r>
      <w:rPr>
        <w:sz w:val="16"/>
      </w:rPr>
      <w:t xml:space="preserve">Rede Gaia | </w:t>
    </w:r>
    <w:r>
      <w:fldChar w:fldCharType="begin"/>
    </w:r>
    <w:r>
      <w:instrText>PAGE</w:instrText>
    </w:r>
    <w:r>
      <w:fldChar w:fldCharType="separate"/>
    </w:r>
    <w:r w:rsidR="009F5A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0725" w14:textId="77777777" w:rsidR="00330C9E" w:rsidRDefault="00330C9E">
      <w:pPr>
        <w:spacing w:after="0" w:line="240" w:lineRule="auto"/>
      </w:pPr>
      <w:r>
        <w:separator/>
      </w:r>
    </w:p>
  </w:footnote>
  <w:footnote w:type="continuationSeparator" w:id="0">
    <w:p w14:paraId="3A139E23" w14:textId="77777777" w:rsidR="00330C9E" w:rsidRDefault="00330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8050618">
    <w:abstractNumId w:val="8"/>
  </w:num>
  <w:num w:numId="2" w16cid:durableId="1816145636">
    <w:abstractNumId w:val="6"/>
  </w:num>
  <w:num w:numId="3" w16cid:durableId="986281046">
    <w:abstractNumId w:val="5"/>
  </w:num>
  <w:num w:numId="4" w16cid:durableId="1138761231">
    <w:abstractNumId w:val="4"/>
  </w:num>
  <w:num w:numId="5" w16cid:durableId="470248846">
    <w:abstractNumId w:val="7"/>
  </w:num>
  <w:num w:numId="6" w16cid:durableId="482819979">
    <w:abstractNumId w:val="3"/>
  </w:num>
  <w:num w:numId="7" w16cid:durableId="1794514209">
    <w:abstractNumId w:val="2"/>
  </w:num>
  <w:num w:numId="8" w16cid:durableId="1361128650">
    <w:abstractNumId w:val="1"/>
  </w:num>
  <w:num w:numId="9" w16cid:durableId="192256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534"/>
    <w:rsid w:val="00276207"/>
    <w:rsid w:val="0029639D"/>
    <w:rsid w:val="00304CDD"/>
    <w:rsid w:val="00326F90"/>
    <w:rsid w:val="00330C9E"/>
    <w:rsid w:val="0073246F"/>
    <w:rsid w:val="009F5A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EBAB2"/>
  <w14:defaultImageDpi w14:val="300"/>
  <w15:docId w15:val="{FD6B7853-11FE-42AE-9338-2882151C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155C60"/>
      <w:sz w:val="3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155C60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before="200" w:after="120" w:line="240" w:lineRule="auto"/>
      <w:contextualSpacing/>
    </w:pPr>
    <w:rPr>
      <w:rFonts w:asciiTheme="majorHAnsi" w:eastAsiaTheme="majorEastAsia" w:hAnsiTheme="majorHAnsi" w:cstheme="majorBidi"/>
      <w:color w:val="155C60"/>
      <w:spacing w:val="5"/>
      <w:kern w:val="28"/>
      <w:sz w:val="4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1779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plano de atividades — Professor Visitante no Brasil — Rede Gaia 2027</dc:title>
  <dc:subject/>
  <dc:creator>Modelo de apoio à candidatura — Rede Gaia</dc:creator>
  <cp:keywords/>
  <dc:description>generated by python-docx</dc:description>
  <cp:lastModifiedBy>Rilner Flores</cp:lastModifiedBy>
  <cp:revision>3</cp:revision>
  <dcterms:created xsi:type="dcterms:W3CDTF">2013-12-23T23:15:00Z</dcterms:created>
  <dcterms:modified xsi:type="dcterms:W3CDTF">2026-10-15T16:32:00Z</dcterms:modified>
  <cp:category/>
  <dc:language>pt-BR</dc:language>
</cp:coreProperties>
</file>