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1FC47" w14:textId="335B8FD0" w:rsidR="00D563F5" w:rsidRDefault="00000000">
      <w:pPr>
        <w:jc w:val="center"/>
        <w:rPr>
          <w:b/>
          <w:sz w:val="28"/>
        </w:rPr>
      </w:pPr>
      <w:r>
        <w:rPr>
          <w:b/>
          <w:sz w:val="28"/>
        </w:rPr>
        <w:t>AVISO</w:t>
      </w:r>
    </w:p>
    <w:p w14:paraId="5AA8F122" w14:textId="1E3785A3" w:rsidR="0099184A" w:rsidRDefault="0099184A">
      <w:pPr>
        <w:jc w:val="center"/>
        <w:rPr>
          <w:b/>
          <w:sz w:val="28"/>
        </w:rPr>
      </w:pPr>
    </w:p>
    <w:p w14:paraId="530E815A" w14:textId="6E8529F1" w:rsidR="0099184A" w:rsidRDefault="0099184A">
      <w:pPr>
        <w:jc w:val="center"/>
        <w:rPr>
          <w:b/>
          <w:sz w:val="28"/>
        </w:rPr>
      </w:pPr>
    </w:p>
    <w:p w14:paraId="05A6F100" w14:textId="77777777" w:rsidR="0099184A" w:rsidRDefault="0099184A">
      <w:pPr>
        <w:jc w:val="center"/>
      </w:pPr>
    </w:p>
    <w:p w14:paraId="74D7EF7B" w14:textId="77777777" w:rsidR="00D563F5" w:rsidRDefault="00D563F5"/>
    <w:p w14:paraId="1B0B2AA9" w14:textId="75D9F64A" w:rsidR="00D563F5" w:rsidRDefault="0099184A">
      <w:pPr>
        <w:jc w:val="both"/>
      </w:pPr>
      <w:r>
        <w:rPr>
          <w:sz w:val="24"/>
        </w:rPr>
        <w:t xml:space="preserve">          </w:t>
      </w:r>
      <w:proofErr w:type="spellStart"/>
      <w:r w:rsidR="00000000">
        <w:rPr>
          <w:sz w:val="24"/>
        </w:rPr>
        <w:t>Fazemos</w:t>
      </w:r>
      <w:proofErr w:type="spellEnd"/>
      <w:r w:rsidR="00000000">
        <w:rPr>
          <w:sz w:val="24"/>
        </w:rPr>
        <w:t xml:space="preserve"> saber a </w:t>
      </w:r>
      <w:proofErr w:type="spellStart"/>
      <w:r w:rsidR="00000000">
        <w:rPr>
          <w:sz w:val="24"/>
        </w:rPr>
        <w:t>todos</w:t>
      </w:r>
      <w:proofErr w:type="spellEnd"/>
      <w:r w:rsidR="00000000">
        <w:rPr>
          <w:sz w:val="24"/>
        </w:rPr>
        <w:t xml:space="preserve"> os interessados e ao público em geral que, em razão de </w:t>
      </w:r>
      <w:proofErr w:type="spellStart"/>
      <w:r w:rsidR="00000000">
        <w:rPr>
          <w:sz w:val="24"/>
        </w:rPr>
        <w:t>instabilidade</w:t>
      </w:r>
      <w:proofErr w:type="spellEnd"/>
      <w:r w:rsidR="00000000">
        <w:rPr>
          <w:sz w:val="24"/>
        </w:rPr>
        <w:t xml:space="preserve"> no </w:t>
      </w:r>
      <w:r>
        <w:rPr>
          <w:sz w:val="24"/>
        </w:rPr>
        <w:t>Sistema Geral da UFJ</w:t>
      </w:r>
      <w:r w:rsidR="00000000">
        <w:rPr>
          <w:sz w:val="24"/>
        </w:rPr>
        <w:t xml:space="preserve"> a </w:t>
      </w:r>
      <w:proofErr w:type="spellStart"/>
      <w:r w:rsidR="00000000">
        <w:rPr>
          <w:sz w:val="24"/>
        </w:rPr>
        <w:t>publicação</w:t>
      </w:r>
      <w:proofErr w:type="spellEnd"/>
      <w:r w:rsidR="00000000">
        <w:rPr>
          <w:sz w:val="24"/>
        </w:rPr>
        <w:t xml:space="preserve"> do Resultado Final da </w:t>
      </w:r>
      <w:proofErr w:type="spellStart"/>
      <w:r w:rsidR="00000000">
        <w:rPr>
          <w:sz w:val="24"/>
        </w:rPr>
        <w:t>Monitoria</w:t>
      </w:r>
      <w:proofErr w:type="spellEnd"/>
      <w:r w:rsidR="00000000">
        <w:rPr>
          <w:sz w:val="24"/>
        </w:rPr>
        <w:t xml:space="preserve"> </w:t>
      </w:r>
      <w:proofErr w:type="spellStart"/>
      <w:r w:rsidR="00000000">
        <w:rPr>
          <w:sz w:val="24"/>
        </w:rPr>
        <w:t>será</w:t>
      </w:r>
      <w:proofErr w:type="spellEnd"/>
      <w:r w:rsidR="00000000">
        <w:rPr>
          <w:sz w:val="24"/>
        </w:rPr>
        <w:t xml:space="preserve"> </w:t>
      </w:r>
      <w:proofErr w:type="spellStart"/>
      <w:r w:rsidR="00000000">
        <w:rPr>
          <w:sz w:val="24"/>
        </w:rPr>
        <w:t>realizada</w:t>
      </w:r>
      <w:proofErr w:type="spellEnd"/>
      <w:r w:rsidR="00000000">
        <w:rPr>
          <w:sz w:val="24"/>
        </w:rPr>
        <w:t xml:space="preserve"> </w:t>
      </w:r>
      <w:r>
        <w:rPr>
          <w:sz w:val="24"/>
        </w:rPr>
        <w:t xml:space="preserve">no  </w:t>
      </w:r>
      <w:proofErr w:type="spellStart"/>
      <w:r>
        <w:rPr>
          <w:sz w:val="24"/>
        </w:rPr>
        <w:t>dia</w:t>
      </w:r>
      <w:proofErr w:type="spellEnd"/>
      <w:r>
        <w:rPr>
          <w:sz w:val="24"/>
        </w:rPr>
        <w:t xml:space="preserve"> 01 de </w:t>
      </w:r>
      <w:proofErr w:type="spellStart"/>
      <w:r>
        <w:rPr>
          <w:sz w:val="24"/>
        </w:rPr>
        <w:t>Setembro</w:t>
      </w:r>
      <w:proofErr w:type="spellEnd"/>
      <w:r w:rsidR="00000000">
        <w:rPr>
          <w:sz w:val="24"/>
        </w:rPr>
        <w:t>.</w:t>
      </w:r>
    </w:p>
    <w:p w14:paraId="25D6DB06" w14:textId="77777777" w:rsidR="0099184A" w:rsidRDefault="0099184A">
      <w:pPr>
        <w:jc w:val="both"/>
        <w:rPr>
          <w:sz w:val="24"/>
        </w:rPr>
      </w:pPr>
    </w:p>
    <w:p w14:paraId="31A2DEDF" w14:textId="77777777" w:rsidR="0099184A" w:rsidRDefault="0099184A">
      <w:pPr>
        <w:jc w:val="both"/>
        <w:rPr>
          <w:sz w:val="24"/>
        </w:rPr>
      </w:pPr>
    </w:p>
    <w:p w14:paraId="314AC556" w14:textId="77777777" w:rsidR="0099184A" w:rsidRDefault="0099184A">
      <w:pPr>
        <w:jc w:val="both"/>
        <w:rPr>
          <w:sz w:val="24"/>
        </w:rPr>
      </w:pPr>
    </w:p>
    <w:p w14:paraId="23EE77B9" w14:textId="77777777" w:rsidR="0099184A" w:rsidRDefault="0099184A">
      <w:pPr>
        <w:jc w:val="both"/>
        <w:rPr>
          <w:sz w:val="24"/>
        </w:rPr>
      </w:pPr>
    </w:p>
    <w:p w14:paraId="073C6782" w14:textId="77777777" w:rsidR="0099184A" w:rsidRDefault="0099184A">
      <w:pPr>
        <w:jc w:val="both"/>
        <w:rPr>
          <w:sz w:val="24"/>
        </w:rPr>
      </w:pPr>
    </w:p>
    <w:p w14:paraId="6F6B84DE" w14:textId="70783695" w:rsidR="00D563F5" w:rsidRDefault="00000000">
      <w:pPr>
        <w:jc w:val="both"/>
        <w:rPr>
          <w:sz w:val="24"/>
        </w:rPr>
      </w:pPr>
      <w:proofErr w:type="spellStart"/>
      <w:r>
        <w:rPr>
          <w:sz w:val="24"/>
        </w:rPr>
        <w:t>Agradecemos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compreensão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todos</w:t>
      </w:r>
      <w:proofErr w:type="spellEnd"/>
      <w:r>
        <w:rPr>
          <w:sz w:val="24"/>
        </w:rPr>
        <w:t>.</w:t>
      </w:r>
    </w:p>
    <w:p w14:paraId="4ED2EB10" w14:textId="0C90A540" w:rsidR="0099184A" w:rsidRDefault="0099184A">
      <w:pPr>
        <w:jc w:val="both"/>
        <w:rPr>
          <w:sz w:val="24"/>
        </w:rPr>
      </w:pPr>
    </w:p>
    <w:p w14:paraId="242032F6" w14:textId="024FCF61" w:rsidR="0099184A" w:rsidRDefault="0099184A">
      <w:pPr>
        <w:jc w:val="both"/>
        <w:rPr>
          <w:sz w:val="24"/>
        </w:rPr>
      </w:pPr>
    </w:p>
    <w:p w14:paraId="4AD35EB4" w14:textId="29E50E83" w:rsidR="0099184A" w:rsidRDefault="0099184A">
      <w:pPr>
        <w:jc w:val="both"/>
        <w:rPr>
          <w:sz w:val="24"/>
        </w:rPr>
      </w:pPr>
    </w:p>
    <w:p w14:paraId="536A9061" w14:textId="7619746E" w:rsidR="0099184A" w:rsidRDefault="0099184A" w:rsidP="0099184A">
      <w:pPr>
        <w:jc w:val="center"/>
        <w:rPr>
          <w:sz w:val="24"/>
        </w:rPr>
      </w:pPr>
      <w:r w:rsidRPr="0099184A">
        <w:rPr>
          <w:noProof/>
          <w:sz w:val="24"/>
        </w:rPr>
        <w:drawing>
          <wp:inline distT="0" distB="0" distL="0" distR="0" wp14:anchorId="018D3B3F" wp14:editId="6B354809">
            <wp:extent cx="1895475" cy="1504950"/>
            <wp:effectExtent l="0" t="0" r="9525" b="0"/>
            <wp:docPr id="15336050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727C6" w14:textId="7730A3AC" w:rsidR="0099184A" w:rsidRDefault="0099184A" w:rsidP="0099184A">
      <w:pPr>
        <w:jc w:val="center"/>
      </w:pPr>
      <w:proofErr w:type="spellStart"/>
      <w:r>
        <w:rPr>
          <w:sz w:val="24"/>
        </w:rPr>
        <w:t>Direção</w:t>
      </w:r>
      <w:proofErr w:type="spellEnd"/>
      <w:r>
        <w:rPr>
          <w:sz w:val="24"/>
        </w:rPr>
        <w:t xml:space="preserve"> do ICS</w:t>
      </w:r>
    </w:p>
    <w:sectPr w:rsidR="0099184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0053226">
    <w:abstractNumId w:val="8"/>
  </w:num>
  <w:num w:numId="2" w16cid:durableId="1973517016">
    <w:abstractNumId w:val="6"/>
  </w:num>
  <w:num w:numId="3" w16cid:durableId="513349519">
    <w:abstractNumId w:val="5"/>
  </w:num>
  <w:num w:numId="4" w16cid:durableId="1859585903">
    <w:abstractNumId w:val="4"/>
  </w:num>
  <w:num w:numId="5" w16cid:durableId="1976905130">
    <w:abstractNumId w:val="7"/>
  </w:num>
  <w:num w:numId="6" w16cid:durableId="1981762391">
    <w:abstractNumId w:val="3"/>
  </w:num>
  <w:num w:numId="7" w16cid:durableId="2074698135">
    <w:abstractNumId w:val="2"/>
  </w:num>
  <w:num w:numId="8" w16cid:durableId="1980916635">
    <w:abstractNumId w:val="1"/>
  </w:num>
  <w:num w:numId="9" w16cid:durableId="1728990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9184A"/>
    <w:rsid w:val="00AA1D8D"/>
    <w:rsid w:val="00B47730"/>
    <w:rsid w:val="00CB0664"/>
    <w:rsid w:val="00D563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6EF1EA"/>
  <w14:defaultImageDpi w14:val="300"/>
  <w15:docId w15:val="{78FFFC71-5936-4D2F-960A-79505CD98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lyra santos</cp:lastModifiedBy>
  <cp:revision>2</cp:revision>
  <dcterms:created xsi:type="dcterms:W3CDTF">2026-08-31T20:21:00Z</dcterms:created>
  <dcterms:modified xsi:type="dcterms:W3CDTF">2026-08-31T20:21:00Z</dcterms:modified>
  <cp:category/>
</cp:coreProperties>
</file>