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1C6" w:rsidRPr="00A05F03" w:rsidRDefault="00A05F03">
      <w:pPr>
        <w:jc w:val="center"/>
        <w:rPr>
          <w:rFonts w:ascii="Times New Roman" w:hAnsi="Times New Roman" w:cs="Times New Roman"/>
          <w:sz w:val="22"/>
        </w:rPr>
      </w:pPr>
      <w:r w:rsidRPr="00A05F03">
        <w:rPr>
          <w:rFonts w:ascii="Times New Roman" w:hAnsi="Times New Roman" w:cs="Times New Roman"/>
          <w:b/>
          <w:sz w:val="22"/>
        </w:rPr>
        <w:t>UNIVERSIDADE FEDERAL DE GOIÁS</w:t>
      </w:r>
      <w:r w:rsidRPr="00A05F03">
        <w:rPr>
          <w:rFonts w:ascii="Times New Roman" w:hAnsi="Times New Roman" w:cs="Times New Roman"/>
          <w:b/>
          <w:sz w:val="22"/>
        </w:rPr>
        <w:br/>
        <w:t>INSTITUTO DE PATOLOGIA TROPICAL E SAÚDE PÚBLICA</w:t>
      </w:r>
    </w:p>
    <w:p w:rsidR="009861C6" w:rsidRPr="00A05F03" w:rsidRDefault="00A05F03">
      <w:pPr>
        <w:jc w:val="center"/>
        <w:rPr>
          <w:rFonts w:ascii="Times New Roman" w:hAnsi="Times New Roman" w:cs="Times New Roman"/>
          <w:sz w:val="22"/>
        </w:rPr>
      </w:pPr>
      <w:r w:rsidRPr="00A05F03">
        <w:rPr>
          <w:rFonts w:ascii="Times New Roman" w:hAnsi="Times New Roman" w:cs="Times New Roman"/>
          <w:b/>
          <w:sz w:val="24"/>
        </w:rPr>
        <w:t>PROGRAMA DE PÓS-GRADUAÇÃO EM BIOLOGIA DA RELAÇÃO PARASITO-HOSPEDEIRO – PPGBRPH</w:t>
      </w:r>
    </w:p>
    <w:p w:rsidR="009861C6" w:rsidRPr="00A05F03" w:rsidRDefault="00A05F03">
      <w:pPr>
        <w:jc w:val="center"/>
        <w:rPr>
          <w:rFonts w:ascii="Times New Roman" w:hAnsi="Times New Roman" w:cs="Times New Roman"/>
          <w:sz w:val="22"/>
        </w:rPr>
      </w:pPr>
      <w:r w:rsidRPr="00A05F03">
        <w:rPr>
          <w:rFonts w:ascii="Times New Roman" w:hAnsi="Times New Roman" w:cs="Times New Roman"/>
          <w:b/>
          <w:sz w:val="32"/>
        </w:rPr>
        <w:t>FORMULÁRIO DE INSCRIÇÃO – CAPACITAÇÃO DE CURTA DURAÇÃO NO EXTERIOR (CCD)</w:t>
      </w:r>
    </w:p>
    <w:p w:rsidR="009861C6" w:rsidRPr="00A05F03" w:rsidRDefault="00A05F03">
      <w:pPr>
        <w:jc w:val="center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i/>
          <w:sz w:val="24"/>
          <w:szCs w:val="24"/>
        </w:rPr>
        <w:t xml:space="preserve">Edital nº 01/2026/Rede </w:t>
      </w:r>
      <w:r w:rsidRPr="00A05F03">
        <w:rPr>
          <w:rFonts w:ascii="Times New Roman" w:hAnsi="Times New Roman" w:cs="Times New Roman"/>
          <w:i/>
          <w:sz w:val="24"/>
          <w:szCs w:val="24"/>
        </w:rPr>
        <w:t xml:space="preserve">GAIA – Bolsas no Exterior – 2027 </w:t>
      </w:r>
    </w:p>
    <w:p w:rsidR="009861C6" w:rsidRPr="00A05F03" w:rsidRDefault="00A05F03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 xml:space="preserve">Inscrição para seleção interna do PPGBRPH. </w:t>
      </w:r>
    </w:p>
    <w:p w:rsidR="009861C6" w:rsidRPr="00A05F03" w:rsidRDefault="00A05F03">
      <w:pPr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t xml:space="preserve">ATENÇÃO: </w:t>
      </w:r>
      <w:r w:rsidRPr="00A05F03">
        <w:rPr>
          <w:rFonts w:ascii="Times New Roman" w:hAnsi="Times New Roman" w:cs="Times New Roman"/>
          <w:sz w:val="24"/>
          <w:szCs w:val="24"/>
        </w:rPr>
        <w:t>A lista de documentos deve ser conferida com o i</w:t>
      </w:r>
      <w:r w:rsidRPr="00A05F03">
        <w:rPr>
          <w:rFonts w:ascii="Times New Roman" w:hAnsi="Times New Roman" w:cs="Times New Roman"/>
          <w:sz w:val="24"/>
          <w:szCs w:val="24"/>
        </w:rPr>
        <w:t>tem específico de CCD no edital retificado. A declaração de docente para técnicos é um procedimento interno sugerido pelo Programa, não substitui exigências expressas do edital.</w:t>
      </w:r>
    </w:p>
    <w:p w:rsidR="009861C6" w:rsidRPr="00A05F03" w:rsidRDefault="00A05F03">
      <w:pPr>
        <w:spacing w:before="160"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t xml:space="preserve">1. IDENTIFICAÇÃO </w:t>
      </w:r>
      <w:proofErr w:type="gramStart"/>
      <w:r w:rsidRPr="00A05F03">
        <w:rPr>
          <w:rFonts w:ascii="Times New Roman" w:hAnsi="Times New Roman" w:cs="Times New Roman"/>
          <w:b/>
          <w:sz w:val="24"/>
          <w:szCs w:val="24"/>
        </w:rPr>
        <w:t>DO(</w:t>
      </w:r>
      <w:proofErr w:type="gramEnd"/>
      <w:r w:rsidRPr="00A05F03">
        <w:rPr>
          <w:rFonts w:ascii="Times New Roman" w:hAnsi="Times New Roman" w:cs="Times New Roman"/>
          <w:b/>
          <w:sz w:val="24"/>
          <w:szCs w:val="24"/>
        </w:rPr>
        <w:t>A) CANDIDATO(A)</w:t>
      </w:r>
    </w:p>
    <w:p w:rsidR="009861C6" w:rsidRPr="00A05F03" w:rsidRDefault="00A05F03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t xml:space="preserve">Nome </w:t>
      </w:r>
      <w:proofErr w:type="spellStart"/>
      <w:r w:rsidRPr="00A05F03">
        <w:rPr>
          <w:rFonts w:ascii="Times New Roman" w:hAnsi="Times New Roman" w:cs="Times New Roman"/>
          <w:b/>
          <w:sz w:val="24"/>
          <w:szCs w:val="24"/>
        </w:rPr>
        <w:t>completo</w:t>
      </w:r>
      <w:proofErr w:type="spellEnd"/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____________________________</w:t>
      </w: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9861C6" w:rsidRPr="00A05F03" w:rsidRDefault="00A05F03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t>CPF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861C6" w:rsidRPr="00A05F03" w:rsidRDefault="00A05F03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t>E-mail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861C6" w:rsidRPr="00A05F03" w:rsidRDefault="00A05F03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A05F03">
        <w:rPr>
          <w:rFonts w:ascii="Times New Roman" w:hAnsi="Times New Roman" w:cs="Times New Roman"/>
          <w:b/>
          <w:sz w:val="24"/>
          <w:szCs w:val="24"/>
        </w:rPr>
        <w:t>Telefone</w:t>
      </w:r>
      <w:proofErr w:type="spellEnd"/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</w:t>
      </w: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9861C6" w:rsidRPr="00A05F03" w:rsidRDefault="00A05F03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A05F03">
        <w:rPr>
          <w:rFonts w:ascii="Times New Roman" w:hAnsi="Times New Roman" w:cs="Times New Roman"/>
          <w:b/>
          <w:sz w:val="24"/>
          <w:szCs w:val="24"/>
        </w:rPr>
        <w:t>Categoria</w:t>
      </w:r>
      <w:proofErr w:type="spellEnd"/>
      <w:r w:rsidRPr="00A05F03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A05F03">
        <w:rPr>
          <w:rFonts w:ascii="Times New Roman" w:hAnsi="Times New Roman" w:cs="Times New Roman"/>
          <w:b/>
          <w:sz w:val="24"/>
          <w:szCs w:val="24"/>
        </w:rPr>
        <w:t>vínculo</w:t>
      </w:r>
      <w:proofErr w:type="spellEnd"/>
      <w:r w:rsidRPr="00A05F03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A05F03">
        <w:rPr>
          <w:rFonts w:ascii="Times New Roman" w:hAnsi="Times New Roman" w:cs="Times New Roman"/>
          <w:i/>
          <w:sz w:val="24"/>
          <w:szCs w:val="24"/>
        </w:rPr>
        <w:t>discente</w:t>
      </w:r>
      <w:proofErr w:type="spellEnd"/>
      <w:r w:rsidRPr="00A05F03">
        <w:rPr>
          <w:rFonts w:ascii="Times New Roman" w:hAnsi="Times New Roman" w:cs="Times New Roman"/>
          <w:i/>
          <w:sz w:val="24"/>
          <w:szCs w:val="24"/>
        </w:rPr>
        <w:t xml:space="preserve"> / docente / </w:t>
      </w:r>
      <w:proofErr w:type="gramStart"/>
      <w:r w:rsidRPr="00A05F03">
        <w:rPr>
          <w:rFonts w:ascii="Times New Roman" w:hAnsi="Times New Roman" w:cs="Times New Roman"/>
          <w:i/>
          <w:sz w:val="24"/>
          <w:szCs w:val="24"/>
        </w:rPr>
        <w:t>pesquisador(</w:t>
      </w:r>
      <w:proofErr w:type="gramEnd"/>
      <w:r w:rsidRPr="00A05F03">
        <w:rPr>
          <w:rFonts w:ascii="Times New Roman" w:hAnsi="Times New Roman" w:cs="Times New Roman"/>
          <w:i/>
          <w:sz w:val="24"/>
          <w:szCs w:val="24"/>
        </w:rPr>
        <w:t>a) / técnico(a)-administrativo(a))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861C6" w:rsidRPr="00A05F03" w:rsidRDefault="00A05F03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t>Matrícula, cargo/função o</w:t>
      </w:r>
      <w:r w:rsidRPr="00A05F03">
        <w:rPr>
          <w:rFonts w:ascii="Times New Roman" w:hAnsi="Times New Roman" w:cs="Times New Roman"/>
          <w:b/>
          <w:sz w:val="24"/>
          <w:szCs w:val="24"/>
        </w:rPr>
        <w:t>u unidade de vínculo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861C6" w:rsidRPr="00A05F03" w:rsidRDefault="00A05F03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t>Laboratório/setor (se aplicável)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861C6" w:rsidRPr="00A05F03" w:rsidRDefault="00A05F03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t xml:space="preserve">Nome </w:t>
      </w:r>
      <w:proofErr w:type="gramStart"/>
      <w:r w:rsidRPr="00A05F03">
        <w:rPr>
          <w:rFonts w:ascii="Times New Roman" w:hAnsi="Times New Roman" w:cs="Times New Roman"/>
          <w:b/>
          <w:sz w:val="24"/>
          <w:szCs w:val="24"/>
        </w:rPr>
        <w:t>do(</w:t>
      </w:r>
      <w:proofErr w:type="gramEnd"/>
      <w:r w:rsidRPr="00A05F03">
        <w:rPr>
          <w:rFonts w:ascii="Times New Roman" w:hAnsi="Times New Roman" w:cs="Times New Roman"/>
          <w:b/>
          <w:sz w:val="24"/>
          <w:szCs w:val="24"/>
        </w:rPr>
        <w:t>a) supervisor(a)/docente respons</w:t>
      </w:r>
      <w:r w:rsidRPr="00A05F03">
        <w:rPr>
          <w:rFonts w:ascii="Times New Roman" w:hAnsi="Times New Roman" w:cs="Times New Roman"/>
          <w:b/>
          <w:sz w:val="24"/>
          <w:szCs w:val="24"/>
        </w:rPr>
        <w:t>ável (se aplicável)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861C6" w:rsidRPr="00A05F03" w:rsidRDefault="00A05F03">
      <w:pPr>
        <w:spacing w:before="160"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t>2. PLANO DE CAPACITAÇÃO</w:t>
      </w:r>
    </w:p>
    <w:p w:rsidR="009861C6" w:rsidRPr="00A05F03" w:rsidRDefault="00A05F03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t>Título da capacitação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861C6" w:rsidRPr="00A05F03" w:rsidRDefault="00A05F03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t xml:space="preserve">Instituição de destino e </w:t>
      </w:r>
      <w:r w:rsidRPr="00A05F03">
        <w:rPr>
          <w:rFonts w:ascii="Times New Roman" w:hAnsi="Times New Roman" w:cs="Times New Roman"/>
          <w:b/>
          <w:sz w:val="24"/>
          <w:szCs w:val="24"/>
        </w:rPr>
        <w:t>país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861C6" w:rsidRPr="00A05F03" w:rsidRDefault="00A05F03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t xml:space="preserve">Nome/contato </w:t>
      </w:r>
      <w:proofErr w:type="gramStart"/>
      <w:r w:rsidRPr="00A05F03">
        <w:rPr>
          <w:rFonts w:ascii="Times New Roman" w:hAnsi="Times New Roman" w:cs="Times New Roman"/>
          <w:b/>
          <w:sz w:val="24"/>
          <w:szCs w:val="24"/>
        </w:rPr>
        <w:t>do(</w:t>
      </w:r>
      <w:proofErr w:type="gramEnd"/>
      <w:r w:rsidRPr="00A05F03">
        <w:rPr>
          <w:rFonts w:ascii="Times New Roman" w:hAnsi="Times New Roman" w:cs="Times New Roman"/>
          <w:b/>
          <w:sz w:val="24"/>
          <w:szCs w:val="24"/>
        </w:rPr>
        <w:t>a) responsável no exterior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861C6" w:rsidRPr="00A05F03" w:rsidRDefault="00A05F03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Data de início e término (15 </w:t>
      </w:r>
      <w:proofErr w:type="gramStart"/>
      <w:r w:rsidRPr="00A05F03">
        <w:rPr>
          <w:rFonts w:ascii="Times New Roman" w:hAnsi="Times New Roman" w:cs="Times New Roman"/>
          <w:b/>
          <w:sz w:val="24"/>
          <w:szCs w:val="24"/>
        </w:rPr>
        <w:t>dias</w:t>
      </w:r>
      <w:proofErr w:type="gramEnd"/>
      <w:r w:rsidRPr="00A05F03">
        <w:rPr>
          <w:rFonts w:ascii="Times New Roman" w:hAnsi="Times New Roman" w:cs="Times New Roman"/>
          <w:b/>
          <w:sz w:val="24"/>
          <w:szCs w:val="24"/>
        </w:rPr>
        <w:t>)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</w:t>
      </w: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9861C6" w:rsidRPr="00A05F03" w:rsidRDefault="00A05F03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t>Objetivos e descrição do curso/treinamento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A05F03">
        <w:rPr>
          <w:rFonts w:ascii="Times New Roman" w:hAnsi="Times New Roman" w:cs="Times New Roman"/>
          <w:sz w:val="24"/>
          <w:szCs w:val="24"/>
        </w:rPr>
        <w:t>__________________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861C6" w:rsidRPr="00A05F03" w:rsidRDefault="00A05F03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t>Justificativa e contribuição para as atividades do PPGBRPH/IPTSP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</w:t>
      </w: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861C6" w:rsidRPr="00A05F03" w:rsidRDefault="00A05F03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t>Resultados esperados e forma de compartilhamento do conhecimento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861C6" w:rsidRPr="00A05F03" w:rsidRDefault="00A05F03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9861C6" w:rsidRPr="00A05F03" w:rsidRDefault="00A05F03">
      <w:pPr>
        <w:spacing w:before="16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t>DOCUMENTOS ANEXADOS</w:t>
      </w:r>
    </w:p>
    <w:p w:rsidR="009861C6" w:rsidRPr="00A05F03" w:rsidRDefault="00A05F03">
      <w:pPr>
        <w:spacing w:after="60"/>
        <w:ind w:left="216"/>
        <w:rPr>
          <w:rFonts w:ascii="Times New Roman" w:hAnsi="Times New Roman" w:cs="Times New Roman"/>
          <w:sz w:val="24"/>
          <w:szCs w:val="24"/>
        </w:rPr>
      </w:pPr>
      <w:proofErr w:type="gramStart"/>
      <w:r w:rsidRPr="00A05F03">
        <w:rPr>
          <w:rFonts w:ascii="MS Gothic" w:eastAsia="MS Gothic" w:hAnsi="MS Gothic" w:cs="MS Gothic" w:hint="eastAsia"/>
          <w:sz w:val="24"/>
          <w:szCs w:val="24"/>
        </w:rPr>
        <w:t>☐</w:t>
      </w:r>
      <w:r w:rsidRPr="00A05F03">
        <w:rPr>
          <w:rFonts w:ascii="Times New Roman" w:hAnsi="Times New Roman" w:cs="Times New Roman"/>
          <w:sz w:val="24"/>
          <w:szCs w:val="24"/>
        </w:rPr>
        <w:t xml:space="preserve">  Documento</w:t>
      </w:r>
      <w:proofErr w:type="gramEnd"/>
      <w:r w:rsidRPr="00A05F03">
        <w:rPr>
          <w:rFonts w:ascii="Times New Roman" w:hAnsi="Times New Roman" w:cs="Times New Roman"/>
          <w:sz w:val="24"/>
          <w:szCs w:val="24"/>
        </w:rPr>
        <w:t xml:space="preserve"> de identificação com CPF</w:t>
      </w:r>
    </w:p>
    <w:p w:rsidR="009861C6" w:rsidRPr="00A05F03" w:rsidRDefault="00A05F03">
      <w:pPr>
        <w:spacing w:after="60"/>
        <w:ind w:left="216"/>
        <w:rPr>
          <w:rFonts w:ascii="Times New Roman" w:hAnsi="Times New Roman" w:cs="Times New Roman"/>
          <w:sz w:val="24"/>
          <w:szCs w:val="24"/>
        </w:rPr>
      </w:pPr>
      <w:proofErr w:type="gramStart"/>
      <w:r w:rsidRPr="00A05F03">
        <w:rPr>
          <w:rFonts w:ascii="MS Gothic" w:eastAsia="MS Gothic" w:hAnsi="MS Gothic" w:cs="MS Gothic" w:hint="eastAsia"/>
          <w:sz w:val="24"/>
          <w:szCs w:val="24"/>
        </w:rPr>
        <w:t>☐</w:t>
      </w:r>
      <w:r w:rsidRPr="00A05F03">
        <w:rPr>
          <w:rFonts w:ascii="Times New Roman" w:hAnsi="Times New Roman" w:cs="Times New Roman"/>
          <w:sz w:val="24"/>
          <w:szCs w:val="24"/>
        </w:rPr>
        <w:t xml:space="preserve">  Comprovante</w:t>
      </w:r>
      <w:proofErr w:type="gramEnd"/>
      <w:r w:rsidRPr="00A05F03">
        <w:rPr>
          <w:rFonts w:ascii="Times New Roman" w:hAnsi="Times New Roman" w:cs="Times New Roman"/>
          <w:sz w:val="24"/>
          <w:szCs w:val="24"/>
        </w:rPr>
        <w:t xml:space="preserve"> de vínculo com o PPGB</w:t>
      </w:r>
      <w:r w:rsidRPr="00A05F03">
        <w:rPr>
          <w:rFonts w:ascii="Times New Roman" w:hAnsi="Times New Roman" w:cs="Times New Roman"/>
          <w:sz w:val="24"/>
          <w:szCs w:val="24"/>
        </w:rPr>
        <w:t>RPH, conforme a categoria</w:t>
      </w:r>
    </w:p>
    <w:p w:rsidR="009861C6" w:rsidRPr="00A05F03" w:rsidRDefault="00A05F03">
      <w:pPr>
        <w:spacing w:after="60"/>
        <w:ind w:left="216"/>
        <w:rPr>
          <w:rFonts w:ascii="Times New Roman" w:hAnsi="Times New Roman" w:cs="Times New Roman"/>
          <w:sz w:val="24"/>
          <w:szCs w:val="24"/>
        </w:rPr>
      </w:pPr>
      <w:proofErr w:type="gramStart"/>
      <w:r w:rsidRPr="00A05F03">
        <w:rPr>
          <w:rFonts w:ascii="MS Gothic" w:eastAsia="MS Gothic" w:hAnsi="MS Gothic" w:cs="MS Gothic" w:hint="eastAsia"/>
          <w:sz w:val="24"/>
          <w:szCs w:val="24"/>
        </w:rPr>
        <w:t>☐</w:t>
      </w:r>
      <w:r w:rsidRPr="00A05F03">
        <w:rPr>
          <w:rFonts w:ascii="Times New Roman" w:hAnsi="Times New Roman" w:cs="Times New Roman"/>
          <w:sz w:val="24"/>
          <w:szCs w:val="24"/>
        </w:rPr>
        <w:t xml:space="preserve">  Currículo</w:t>
      </w:r>
      <w:proofErr w:type="gramEnd"/>
      <w:r w:rsidRPr="00A05F03">
        <w:rPr>
          <w:rFonts w:ascii="Times New Roman" w:hAnsi="Times New Roman" w:cs="Times New Roman"/>
          <w:sz w:val="24"/>
          <w:szCs w:val="24"/>
        </w:rPr>
        <w:t xml:space="preserve"> Lattes atualizado e comprovante de ORCID, conforme aplicável</w:t>
      </w:r>
    </w:p>
    <w:p w:rsidR="009861C6" w:rsidRPr="00A05F03" w:rsidRDefault="00A05F03">
      <w:pPr>
        <w:spacing w:after="60"/>
        <w:ind w:left="216"/>
        <w:rPr>
          <w:rFonts w:ascii="Times New Roman" w:hAnsi="Times New Roman" w:cs="Times New Roman"/>
          <w:sz w:val="24"/>
          <w:szCs w:val="24"/>
        </w:rPr>
      </w:pPr>
      <w:proofErr w:type="gramStart"/>
      <w:r w:rsidRPr="00A05F03">
        <w:rPr>
          <w:rFonts w:ascii="MS Gothic" w:eastAsia="MS Gothic" w:hAnsi="MS Gothic" w:cs="MS Gothic" w:hint="eastAsia"/>
          <w:sz w:val="24"/>
          <w:szCs w:val="24"/>
        </w:rPr>
        <w:t>☐</w:t>
      </w:r>
      <w:r w:rsidRPr="00A05F03">
        <w:rPr>
          <w:rFonts w:ascii="Times New Roman" w:hAnsi="Times New Roman" w:cs="Times New Roman"/>
          <w:sz w:val="24"/>
          <w:szCs w:val="24"/>
        </w:rPr>
        <w:t xml:space="preserve">  Carta</w:t>
      </w:r>
      <w:proofErr w:type="gramEnd"/>
      <w:r w:rsidRPr="00A05F03">
        <w:rPr>
          <w:rFonts w:ascii="Times New Roman" w:hAnsi="Times New Roman" w:cs="Times New Roman"/>
          <w:sz w:val="24"/>
          <w:szCs w:val="24"/>
        </w:rPr>
        <w:t xml:space="preserve"> de aceite ou documento da instituição de destino, conforme o edital</w:t>
      </w:r>
    </w:p>
    <w:p w:rsidR="009861C6" w:rsidRPr="00A05F03" w:rsidRDefault="00A05F03">
      <w:pPr>
        <w:spacing w:after="60"/>
        <w:ind w:left="216"/>
        <w:rPr>
          <w:rFonts w:ascii="Times New Roman" w:hAnsi="Times New Roman" w:cs="Times New Roman"/>
          <w:sz w:val="24"/>
          <w:szCs w:val="24"/>
        </w:rPr>
      </w:pPr>
      <w:proofErr w:type="gramStart"/>
      <w:r w:rsidRPr="00A05F03">
        <w:rPr>
          <w:rFonts w:ascii="MS Gothic" w:eastAsia="MS Gothic" w:hAnsi="MS Gothic" w:cs="MS Gothic" w:hint="eastAsia"/>
          <w:sz w:val="24"/>
          <w:szCs w:val="24"/>
        </w:rPr>
        <w:t>☐</w:t>
      </w:r>
      <w:r w:rsidRPr="00A05F03">
        <w:rPr>
          <w:rFonts w:ascii="Times New Roman" w:hAnsi="Times New Roman" w:cs="Times New Roman"/>
          <w:sz w:val="24"/>
          <w:szCs w:val="24"/>
        </w:rPr>
        <w:t xml:space="preserve">  Plano</w:t>
      </w:r>
      <w:proofErr w:type="gramEnd"/>
      <w:r w:rsidRPr="00A05F03">
        <w:rPr>
          <w:rFonts w:ascii="Times New Roman" w:hAnsi="Times New Roman" w:cs="Times New Roman"/>
          <w:sz w:val="24"/>
          <w:szCs w:val="24"/>
        </w:rPr>
        <w:t xml:space="preserve"> de capacitação</w:t>
      </w:r>
    </w:p>
    <w:p w:rsidR="009861C6" w:rsidRPr="00A05F03" w:rsidRDefault="00A05F03">
      <w:pPr>
        <w:spacing w:after="60"/>
        <w:ind w:left="216"/>
        <w:rPr>
          <w:rFonts w:ascii="Times New Roman" w:hAnsi="Times New Roman" w:cs="Times New Roman"/>
          <w:sz w:val="24"/>
          <w:szCs w:val="24"/>
        </w:rPr>
      </w:pPr>
      <w:proofErr w:type="gramStart"/>
      <w:r w:rsidRPr="00A05F03">
        <w:rPr>
          <w:rFonts w:ascii="MS Gothic" w:eastAsia="MS Gothic" w:hAnsi="MS Gothic" w:cs="MS Gothic" w:hint="eastAsia"/>
          <w:sz w:val="24"/>
          <w:szCs w:val="24"/>
        </w:rPr>
        <w:t>☐</w:t>
      </w:r>
      <w:r w:rsidRPr="00A05F03">
        <w:rPr>
          <w:rFonts w:ascii="Times New Roman" w:hAnsi="Times New Roman" w:cs="Times New Roman"/>
          <w:sz w:val="24"/>
          <w:szCs w:val="24"/>
        </w:rPr>
        <w:t xml:space="preserve">  Demais</w:t>
      </w:r>
      <w:proofErr w:type="gramEnd"/>
      <w:r w:rsidRPr="00A05F03">
        <w:rPr>
          <w:rFonts w:ascii="Times New Roman" w:hAnsi="Times New Roman" w:cs="Times New Roman"/>
          <w:sz w:val="24"/>
          <w:szCs w:val="24"/>
        </w:rPr>
        <w:t xml:space="preserve"> documentos exigidos no edital retificado</w:t>
      </w:r>
    </w:p>
    <w:p w:rsidR="009861C6" w:rsidRPr="00A05F03" w:rsidRDefault="00A05F03">
      <w:pPr>
        <w:spacing w:after="60"/>
        <w:ind w:left="216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MS Gothic" w:eastAsia="MS Gothic" w:hAnsi="MS Gothic" w:cs="MS Gothic" w:hint="eastAsia"/>
          <w:sz w:val="24"/>
          <w:szCs w:val="24"/>
        </w:rPr>
        <w:t>☐</w:t>
      </w:r>
      <w:r w:rsidRPr="00A05F03">
        <w:rPr>
          <w:rFonts w:ascii="Times New Roman" w:hAnsi="Times New Roman" w:cs="Times New Roman"/>
          <w:sz w:val="24"/>
          <w:szCs w:val="24"/>
        </w:rPr>
        <w:t xml:space="preserve">  P</w:t>
      </w:r>
      <w:r w:rsidRPr="00A05F03">
        <w:rPr>
          <w:rFonts w:ascii="Times New Roman" w:hAnsi="Times New Roman" w:cs="Times New Roman"/>
          <w:sz w:val="24"/>
          <w:szCs w:val="24"/>
        </w:rPr>
        <w:t>ara técnico(a) que atua em laboratório: declaração do(a) docente responsável pela orientação/supervisão, identificando o(a) técnico(a), o laboratório e as atividades relacionadas ao PPGBRPH (procedimento interno do Programa)</w:t>
      </w:r>
    </w:p>
    <w:p w:rsidR="009861C6" w:rsidRPr="00A05F03" w:rsidRDefault="00A05F03">
      <w:pPr>
        <w:spacing w:before="16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b/>
          <w:sz w:val="24"/>
          <w:szCs w:val="24"/>
        </w:rPr>
        <w:t xml:space="preserve">DECLARAÇÕES </w:t>
      </w:r>
      <w:proofErr w:type="gramStart"/>
      <w:r w:rsidRPr="00A05F03">
        <w:rPr>
          <w:rFonts w:ascii="Times New Roman" w:hAnsi="Times New Roman" w:cs="Times New Roman"/>
          <w:b/>
          <w:sz w:val="24"/>
          <w:szCs w:val="24"/>
        </w:rPr>
        <w:t>DO(</w:t>
      </w:r>
      <w:proofErr w:type="gramEnd"/>
      <w:r w:rsidRPr="00A05F03">
        <w:rPr>
          <w:rFonts w:ascii="Times New Roman" w:hAnsi="Times New Roman" w:cs="Times New Roman"/>
          <w:b/>
          <w:sz w:val="24"/>
          <w:szCs w:val="24"/>
        </w:rPr>
        <w:t>A) CANDIDATO(A)/</w:t>
      </w:r>
      <w:r w:rsidRPr="00A05F03">
        <w:rPr>
          <w:rFonts w:ascii="Times New Roman" w:hAnsi="Times New Roman" w:cs="Times New Roman"/>
          <w:b/>
          <w:sz w:val="24"/>
          <w:szCs w:val="24"/>
        </w:rPr>
        <w:t>PROPONENTE</w:t>
      </w:r>
    </w:p>
    <w:p w:rsidR="009861C6" w:rsidRPr="00A05F03" w:rsidRDefault="00A05F03" w:rsidP="00A05F03">
      <w:pPr>
        <w:spacing w:after="60" w:line="240" w:lineRule="auto"/>
        <w:ind w:left="216"/>
        <w:rPr>
          <w:rFonts w:ascii="Times New Roman" w:hAnsi="Times New Roman" w:cs="Times New Roman"/>
          <w:sz w:val="24"/>
          <w:szCs w:val="24"/>
        </w:rPr>
      </w:pPr>
      <w:proofErr w:type="gramStart"/>
      <w:r w:rsidRPr="00A05F03">
        <w:rPr>
          <w:rFonts w:ascii="MS Gothic" w:eastAsia="MS Gothic" w:hAnsi="MS Gothic" w:cs="MS Gothic" w:hint="eastAsia"/>
          <w:sz w:val="24"/>
          <w:szCs w:val="24"/>
        </w:rPr>
        <w:t>☐</w:t>
      </w:r>
      <w:r w:rsidRPr="00A05F03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Pr="00A05F03">
        <w:rPr>
          <w:rFonts w:ascii="Times New Roman" w:hAnsi="Times New Roman" w:cs="Times New Roman"/>
          <w:sz w:val="24"/>
          <w:szCs w:val="24"/>
        </w:rPr>
        <w:t xml:space="preserve"> atividade proposta será realizada em instituição no exterior.</w:t>
      </w:r>
    </w:p>
    <w:p w:rsidR="009861C6" w:rsidRPr="00A05F03" w:rsidRDefault="00A05F03" w:rsidP="00A05F03">
      <w:pPr>
        <w:spacing w:after="60" w:line="240" w:lineRule="auto"/>
        <w:ind w:left="216"/>
        <w:rPr>
          <w:rFonts w:ascii="Times New Roman" w:hAnsi="Times New Roman" w:cs="Times New Roman"/>
          <w:sz w:val="24"/>
          <w:szCs w:val="24"/>
        </w:rPr>
      </w:pPr>
      <w:proofErr w:type="gramStart"/>
      <w:r w:rsidRPr="00A05F03">
        <w:rPr>
          <w:rFonts w:ascii="MS Gothic" w:eastAsia="MS Gothic" w:hAnsi="MS Gothic" w:cs="MS Gothic" w:hint="eastAsia"/>
          <w:sz w:val="24"/>
          <w:szCs w:val="24"/>
        </w:rPr>
        <w:t>☐</w:t>
      </w:r>
      <w:r w:rsidRPr="00A05F03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Pr="00A05F03">
        <w:rPr>
          <w:rFonts w:ascii="Times New Roman" w:hAnsi="Times New Roman" w:cs="Times New Roman"/>
          <w:sz w:val="24"/>
          <w:szCs w:val="24"/>
        </w:rPr>
        <w:t xml:space="preserve"> proposta não se destina a curso de idiomas.</w:t>
      </w:r>
    </w:p>
    <w:p w:rsidR="009861C6" w:rsidRPr="00A05F03" w:rsidRDefault="00A05F03" w:rsidP="00A05F03">
      <w:pPr>
        <w:spacing w:after="60" w:line="240" w:lineRule="auto"/>
        <w:ind w:left="216"/>
        <w:rPr>
          <w:rFonts w:ascii="Times New Roman" w:hAnsi="Times New Roman" w:cs="Times New Roman"/>
          <w:sz w:val="24"/>
          <w:szCs w:val="24"/>
        </w:rPr>
      </w:pPr>
      <w:proofErr w:type="gramStart"/>
      <w:r w:rsidRPr="00A05F03">
        <w:rPr>
          <w:rFonts w:ascii="MS Gothic" w:eastAsia="MS Gothic" w:hAnsi="MS Gothic" w:cs="MS Gothic" w:hint="eastAsia"/>
          <w:sz w:val="24"/>
          <w:szCs w:val="24"/>
        </w:rPr>
        <w:t>☐</w:t>
      </w:r>
      <w:r w:rsidRPr="00A05F03">
        <w:rPr>
          <w:rFonts w:ascii="Times New Roman" w:hAnsi="Times New Roman" w:cs="Times New Roman"/>
          <w:sz w:val="24"/>
          <w:szCs w:val="24"/>
        </w:rPr>
        <w:t xml:space="preserve">  Li</w:t>
      </w:r>
      <w:proofErr w:type="gramEnd"/>
      <w:r w:rsidRPr="00A05F03">
        <w:rPr>
          <w:rFonts w:ascii="Times New Roman" w:hAnsi="Times New Roman" w:cs="Times New Roman"/>
          <w:sz w:val="24"/>
          <w:szCs w:val="24"/>
        </w:rPr>
        <w:t xml:space="preserve"> o Edital nº 01/2026/Rede GAIA, versão retificada, e seus anexos.</w:t>
      </w:r>
    </w:p>
    <w:p w:rsidR="009861C6" w:rsidRPr="00A05F03" w:rsidRDefault="00A05F03" w:rsidP="00A05F03">
      <w:pPr>
        <w:spacing w:after="60" w:line="240" w:lineRule="auto"/>
        <w:ind w:left="216"/>
        <w:rPr>
          <w:rFonts w:ascii="Times New Roman" w:hAnsi="Times New Roman" w:cs="Times New Roman"/>
          <w:sz w:val="24"/>
          <w:szCs w:val="24"/>
        </w:rPr>
      </w:pPr>
      <w:proofErr w:type="gramStart"/>
      <w:r w:rsidRPr="00A05F03">
        <w:rPr>
          <w:rFonts w:ascii="MS Gothic" w:eastAsia="MS Gothic" w:hAnsi="MS Gothic" w:cs="MS Gothic" w:hint="eastAsia"/>
          <w:sz w:val="24"/>
          <w:szCs w:val="24"/>
        </w:rPr>
        <w:t>☐</w:t>
      </w:r>
      <w:r w:rsidRPr="00A05F03">
        <w:rPr>
          <w:rFonts w:ascii="Times New Roman" w:hAnsi="Times New Roman" w:cs="Times New Roman"/>
          <w:sz w:val="24"/>
          <w:szCs w:val="24"/>
        </w:rPr>
        <w:t xml:space="preserve">  As</w:t>
      </w:r>
      <w:proofErr w:type="gramEnd"/>
      <w:r w:rsidRPr="00A05F03">
        <w:rPr>
          <w:rFonts w:ascii="Times New Roman" w:hAnsi="Times New Roman" w:cs="Times New Roman"/>
          <w:sz w:val="24"/>
          <w:szCs w:val="24"/>
        </w:rPr>
        <w:t xml:space="preserve"> informações e os documentos apresentados são </w:t>
      </w:r>
      <w:r w:rsidRPr="00A05F03">
        <w:rPr>
          <w:rFonts w:ascii="Times New Roman" w:hAnsi="Times New Roman" w:cs="Times New Roman"/>
          <w:sz w:val="24"/>
          <w:szCs w:val="24"/>
        </w:rPr>
        <w:t>verdadeiros.</w:t>
      </w:r>
    </w:p>
    <w:p w:rsidR="009861C6" w:rsidRPr="00A05F03" w:rsidRDefault="00A05F03">
      <w:pPr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A05F03">
        <w:rPr>
          <w:rFonts w:ascii="Times New Roman" w:hAnsi="Times New Roman" w:cs="Times New Roman"/>
          <w:sz w:val="24"/>
          <w:szCs w:val="24"/>
        </w:rPr>
        <w:t>Declaro que as informações prestadas são verdadeiras e que li o edital e seus anexos, comprometendo-me a cumprir as regras aplicáveis à modalidade.</w:t>
      </w:r>
      <w:proofErr w:type="gramEnd"/>
    </w:p>
    <w:p w:rsidR="009861C6" w:rsidRPr="00A05F03" w:rsidRDefault="00A05F03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br/>
        <w:t>Local e data: _____________________</w:t>
      </w:r>
    </w:p>
    <w:p w:rsidR="009861C6" w:rsidRDefault="00A05F03">
      <w:pPr>
        <w:rPr>
          <w:rFonts w:ascii="Times New Roman" w:hAnsi="Times New Roman" w:cs="Times New Roman"/>
          <w:sz w:val="24"/>
          <w:szCs w:val="24"/>
        </w:rPr>
      </w:pPr>
      <w:r w:rsidRPr="00A05F03">
        <w:rPr>
          <w:rFonts w:ascii="Times New Roman" w:hAnsi="Times New Roman" w:cs="Times New Roman"/>
          <w:sz w:val="24"/>
          <w:szCs w:val="24"/>
        </w:rPr>
        <w:t xml:space="preserve">Assinatura do(a) </w:t>
      </w:r>
      <w:proofErr w:type="spellStart"/>
      <w:r w:rsidRPr="00A05F03">
        <w:rPr>
          <w:rFonts w:ascii="Times New Roman" w:hAnsi="Times New Roman" w:cs="Times New Roman"/>
          <w:sz w:val="24"/>
          <w:szCs w:val="24"/>
        </w:rPr>
        <w:t>can</w:t>
      </w:r>
      <w:r w:rsidRPr="00A05F03">
        <w:rPr>
          <w:rFonts w:ascii="Times New Roman" w:hAnsi="Times New Roman" w:cs="Times New Roman"/>
          <w:sz w:val="24"/>
          <w:szCs w:val="24"/>
        </w:rPr>
        <w:t>didato</w:t>
      </w:r>
      <w:proofErr w:type="spellEnd"/>
      <w:r w:rsidRPr="00A05F03">
        <w:rPr>
          <w:rFonts w:ascii="Times New Roman" w:hAnsi="Times New Roman" w:cs="Times New Roman"/>
          <w:sz w:val="24"/>
          <w:szCs w:val="24"/>
        </w:rPr>
        <w:t>(a)/</w:t>
      </w:r>
      <w:proofErr w:type="spellStart"/>
      <w:r w:rsidRPr="00A05F03">
        <w:rPr>
          <w:rFonts w:ascii="Times New Roman" w:hAnsi="Times New Roman" w:cs="Times New Roman"/>
          <w:sz w:val="24"/>
          <w:szCs w:val="24"/>
        </w:rPr>
        <w:t>docente</w:t>
      </w:r>
      <w:proofErr w:type="spellEnd"/>
      <w:r w:rsidRPr="00A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F03">
        <w:rPr>
          <w:rFonts w:ascii="Times New Roman" w:hAnsi="Times New Roman" w:cs="Times New Roman"/>
          <w:sz w:val="24"/>
          <w:szCs w:val="24"/>
        </w:rPr>
        <w:t>proponente</w:t>
      </w:r>
      <w:proofErr w:type="spellEnd"/>
      <w:r w:rsidRPr="00A05F03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GoBack"/>
      <w:bookmarkEnd w:id="0"/>
      <w:r w:rsidRPr="00A05F03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sectPr w:rsidR="009861C6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861C6"/>
    <w:rsid w:val="00A05F0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FE4011-76C9-4B7E-A036-C46804A0D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618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3953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Usuário</cp:lastModifiedBy>
  <cp:revision>2</cp:revision>
  <dcterms:created xsi:type="dcterms:W3CDTF">2013-12-23T23:15:00Z</dcterms:created>
  <dcterms:modified xsi:type="dcterms:W3CDTF">2026-10-16T13:59:00Z</dcterms:modified>
  <cp:category/>
</cp:coreProperties>
</file>