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528" w:rsidRPr="008C1E27" w:rsidRDefault="008C1E27" w:rsidP="008C1E27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UNIVERSIDADE FEDERAL DE GOIÁS</w:t>
      </w:r>
      <w:r w:rsidRPr="008C1E27">
        <w:rPr>
          <w:rFonts w:ascii="Times New Roman" w:hAnsi="Times New Roman" w:cs="Times New Roman"/>
          <w:b/>
          <w:sz w:val="24"/>
        </w:rPr>
        <w:br/>
        <w:t>INSTITUTO DE PATOLOGIA TROPICAL E SAÚDE PÚBLICA</w:t>
      </w:r>
    </w:p>
    <w:p w:rsidR="00290528" w:rsidRPr="008C1E27" w:rsidRDefault="008C1E27" w:rsidP="008C1E27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8"/>
        </w:rPr>
        <w:t>PROGRAMA DE PÓS-GRADUAÇÃO EM BIOLOGIA DA RELAÇÃO PARASITO-HOSPEDEIRO – PPGB</w:t>
      </w:r>
      <w:bookmarkStart w:id="0" w:name="_GoBack"/>
      <w:bookmarkEnd w:id="0"/>
      <w:r w:rsidRPr="008C1E27">
        <w:rPr>
          <w:rFonts w:ascii="Times New Roman" w:hAnsi="Times New Roman" w:cs="Times New Roman"/>
          <w:b/>
          <w:sz w:val="28"/>
        </w:rPr>
        <w:t>RPH</w:t>
      </w:r>
    </w:p>
    <w:p w:rsidR="00290528" w:rsidRPr="008C1E27" w:rsidRDefault="008C1E27">
      <w:pPr>
        <w:jc w:val="center"/>
        <w:rPr>
          <w:rFonts w:ascii="Times New Roman" w:hAnsi="Times New Roman" w:cs="Times New Roman"/>
        </w:rPr>
      </w:pPr>
      <w:r w:rsidRPr="008C1E27">
        <w:rPr>
          <w:rFonts w:ascii="Times New Roman" w:hAnsi="Times New Roman" w:cs="Times New Roman"/>
          <w:b/>
          <w:sz w:val="28"/>
        </w:rPr>
        <w:t>FORMULÁRIO DE INSCRIÇÃO – DOUTORADO-SANDUÍCHE NO EXTERIOR (DSE)</w:t>
      </w:r>
    </w:p>
    <w:p w:rsidR="00290528" w:rsidRPr="008C1E27" w:rsidRDefault="008C1E27">
      <w:pPr>
        <w:jc w:val="center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i/>
          <w:sz w:val="22"/>
        </w:rPr>
        <w:t xml:space="preserve">Edital nº 01/2026/Rede GAIA – </w:t>
      </w:r>
      <w:r w:rsidRPr="008C1E27">
        <w:rPr>
          <w:rFonts w:ascii="Times New Roman" w:hAnsi="Times New Roman" w:cs="Times New Roman"/>
          <w:i/>
          <w:sz w:val="22"/>
        </w:rPr>
        <w:t xml:space="preserve">Bolsas no Exterior – 2027 </w:t>
      </w:r>
    </w:p>
    <w:p w:rsidR="00290528" w:rsidRPr="008C1E27" w:rsidRDefault="008C1E27">
      <w:pPr>
        <w:spacing w:after="16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4"/>
        </w:rPr>
        <w:t xml:space="preserve">Inscrição para </w:t>
      </w:r>
      <w:proofErr w:type="spellStart"/>
      <w:r w:rsidRPr="008C1E27">
        <w:rPr>
          <w:rFonts w:ascii="Times New Roman" w:hAnsi="Times New Roman" w:cs="Times New Roman"/>
          <w:sz w:val="24"/>
        </w:rPr>
        <w:t>seleção</w:t>
      </w:r>
      <w:proofErr w:type="spellEnd"/>
      <w:r w:rsidRPr="008C1E2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C1E27">
        <w:rPr>
          <w:rFonts w:ascii="Times New Roman" w:hAnsi="Times New Roman" w:cs="Times New Roman"/>
          <w:sz w:val="24"/>
        </w:rPr>
        <w:t>interna</w:t>
      </w:r>
      <w:proofErr w:type="spellEnd"/>
      <w:r w:rsidRPr="008C1E27">
        <w:rPr>
          <w:rFonts w:ascii="Times New Roman" w:hAnsi="Times New Roman" w:cs="Times New Roman"/>
          <w:sz w:val="24"/>
        </w:rPr>
        <w:t xml:space="preserve"> do PPGBRPH</w:t>
      </w:r>
    </w:p>
    <w:p w:rsidR="00290528" w:rsidRPr="008C1E27" w:rsidRDefault="008C1E27">
      <w:pPr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 xml:space="preserve">ATENÇÃO: </w:t>
      </w:r>
      <w:r w:rsidRPr="008C1E27">
        <w:rPr>
          <w:rFonts w:ascii="Times New Roman" w:hAnsi="Times New Roman" w:cs="Times New Roman"/>
          <w:sz w:val="24"/>
        </w:rPr>
        <w:t>Confira o edital retificado e seus anexos. O plano de pesquisa deve observar o tema da Rede GAIA ao qua</w:t>
      </w:r>
      <w:r w:rsidRPr="008C1E27">
        <w:rPr>
          <w:rFonts w:ascii="Times New Roman" w:hAnsi="Times New Roman" w:cs="Times New Roman"/>
          <w:sz w:val="24"/>
        </w:rPr>
        <w:t>l o PPGBRPH está vinculado.</w:t>
      </w:r>
    </w:p>
    <w:p w:rsidR="00290528" w:rsidRPr="008C1E27" w:rsidRDefault="008C1E27">
      <w:pPr>
        <w:spacing w:before="160"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8"/>
        </w:rPr>
        <w:t>1. IDENTIFICAÇÃO DO(A) DISCENTE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Nome completo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CPF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E-mail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</w:t>
      </w:r>
      <w:r w:rsidRPr="008C1E27">
        <w:rPr>
          <w:rFonts w:ascii="Times New Roman" w:hAnsi="Times New Roman" w:cs="Times New Roman"/>
          <w:sz w:val="22"/>
        </w:rPr>
        <w:t>_______________________________________________________________________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Telefone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Número de matrícula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</w:t>
      </w:r>
      <w:r w:rsidRPr="008C1E27">
        <w:rPr>
          <w:rFonts w:ascii="Times New Roman" w:hAnsi="Times New Roman" w:cs="Times New Roman"/>
          <w:sz w:val="22"/>
        </w:rPr>
        <w:t>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Data de ingresso no Doutorado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Nome do(a) orientador(a)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Linha de pesquisa/subárea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</w:t>
      </w: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</w:t>
      </w:r>
    </w:p>
    <w:p w:rsidR="00290528" w:rsidRPr="008C1E27" w:rsidRDefault="008C1E27">
      <w:pPr>
        <w:spacing w:before="160"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8"/>
        </w:rPr>
        <w:t>2. SITUAÇÃO ACADÊMICA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Exame de qualificação</w:t>
      </w:r>
      <w:r w:rsidRPr="008C1E27">
        <w:rPr>
          <w:rFonts w:ascii="Times New Roman" w:hAnsi="Times New Roman" w:cs="Times New Roman"/>
          <w:i/>
          <w:sz w:val="22"/>
        </w:rPr>
        <w:t xml:space="preserve"> (aprovado(a) / ainda não realizado)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 xml:space="preserve">Número de períodos </w:t>
      </w:r>
      <w:r w:rsidRPr="008C1E27">
        <w:rPr>
          <w:rFonts w:ascii="Times New Roman" w:hAnsi="Times New Roman" w:cs="Times New Roman"/>
          <w:b/>
          <w:sz w:val="24"/>
        </w:rPr>
        <w:t>letivos cursados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Previsão de defesa da tese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Já recebeu bolsa de Doutorado-Sanduíche anteriorme</w:t>
      </w:r>
      <w:r w:rsidRPr="008C1E27">
        <w:rPr>
          <w:rFonts w:ascii="Times New Roman" w:hAnsi="Times New Roman" w:cs="Times New Roman"/>
          <w:b/>
          <w:sz w:val="24"/>
        </w:rPr>
        <w:t>nte?</w:t>
      </w:r>
      <w:r w:rsidRPr="008C1E27">
        <w:rPr>
          <w:rFonts w:ascii="Times New Roman" w:hAnsi="Times New Roman" w:cs="Times New Roman"/>
          <w:i/>
          <w:sz w:val="22"/>
        </w:rPr>
        <w:t xml:space="preserve"> (sim/não; se sim, informar)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before="160"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8"/>
        </w:rPr>
        <w:lastRenderedPageBreak/>
        <w:t>3. PLANO DE ESTÁGIO NO EXTERIOR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Instituição de destino e país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Nome e contato do(a) supervisor(a) no exterior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Período pretendido / janela de indicação</w:t>
      </w:r>
      <w:r w:rsidRPr="008C1E27">
        <w:rPr>
          <w:rFonts w:ascii="Times New Roman" w:hAnsi="Times New Roman" w:cs="Times New Roman"/>
          <w:i/>
          <w:sz w:val="22"/>
        </w:rPr>
        <w:t xml:space="preserve"> (1ª janela ou 2ª janela; sujeito ao edital e à seleção)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</w:t>
      </w:r>
      <w:r w:rsidRPr="008C1E27">
        <w:rPr>
          <w:rFonts w:ascii="Times New Roman" w:hAnsi="Times New Roman" w:cs="Times New Roman"/>
          <w:sz w:val="22"/>
        </w:rPr>
        <w:t>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Título e resumo do plano de pesquisa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4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4"/>
        </w:rPr>
        <w:t>Justificativa e contribuição para a tese e para o Programa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</w:t>
      </w:r>
      <w:r w:rsidRPr="008C1E27">
        <w:rPr>
          <w:rFonts w:ascii="Times New Roman" w:hAnsi="Times New Roman" w:cs="Times New Roman"/>
          <w:sz w:val="22"/>
        </w:rPr>
        <w:t>_____________________________________________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after="8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t>________________________________________________________________________________</w:t>
      </w:r>
    </w:p>
    <w:p w:rsidR="00290528" w:rsidRPr="008C1E27" w:rsidRDefault="008C1E27">
      <w:pPr>
        <w:spacing w:before="16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8"/>
        </w:rPr>
        <w:t>DOCUMENTOS ANEXADOS</w:t>
      </w:r>
    </w:p>
    <w:p w:rsidR="00290528" w:rsidRPr="008C1E27" w:rsidRDefault="008C1E27" w:rsidP="008C1E27">
      <w:pPr>
        <w:spacing w:after="60" w:line="240" w:lineRule="auto"/>
        <w:ind w:left="216"/>
        <w:rPr>
          <w:rFonts w:ascii="Times New Roman" w:hAnsi="Times New Roman" w:cs="Times New Roman"/>
          <w:sz w:val="24"/>
        </w:rPr>
      </w:pPr>
      <w:r w:rsidRPr="008C1E27">
        <w:rPr>
          <w:rFonts w:ascii="MS Gothic" w:eastAsia="MS Gothic" w:hAnsi="MS Gothic" w:cs="MS Gothic" w:hint="eastAsia"/>
          <w:sz w:val="22"/>
        </w:rPr>
        <w:t>☐</w:t>
      </w:r>
      <w:r w:rsidRPr="008C1E27">
        <w:rPr>
          <w:rFonts w:ascii="Times New Roman" w:hAnsi="Times New Roman" w:cs="Times New Roman"/>
          <w:sz w:val="22"/>
        </w:rPr>
        <w:t xml:space="preserve">  Documento de identificaçã</w:t>
      </w:r>
      <w:r w:rsidRPr="008C1E27">
        <w:rPr>
          <w:rFonts w:ascii="Times New Roman" w:hAnsi="Times New Roman" w:cs="Times New Roman"/>
          <w:sz w:val="22"/>
        </w:rPr>
        <w:t>o com CPF</w:t>
      </w:r>
    </w:p>
    <w:p w:rsidR="00290528" w:rsidRPr="008C1E27" w:rsidRDefault="008C1E27" w:rsidP="008C1E27">
      <w:pPr>
        <w:spacing w:after="60" w:line="240" w:lineRule="auto"/>
        <w:ind w:left="216"/>
        <w:rPr>
          <w:rFonts w:ascii="Times New Roman" w:hAnsi="Times New Roman" w:cs="Times New Roman"/>
          <w:sz w:val="24"/>
        </w:rPr>
      </w:pPr>
      <w:r w:rsidRPr="008C1E27">
        <w:rPr>
          <w:rFonts w:ascii="MS Gothic" w:eastAsia="MS Gothic" w:hAnsi="MS Gothic" w:cs="MS Gothic" w:hint="eastAsia"/>
          <w:sz w:val="22"/>
        </w:rPr>
        <w:t>☐</w:t>
      </w:r>
      <w:r w:rsidRPr="008C1E27">
        <w:rPr>
          <w:rFonts w:ascii="Times New Roman" w:hAnsi="Times New Roman" w:cs="Times New Roman"/>
          <w:sz w:val="22"/>
        </w:rPr>
        <w:t xml:space="preserve">  Comprovante de matrícula no Doutorado</w:t>
      </w:r>
    </w:p>
    <w:p w:rsidR="00290528" w:rsidRPr="008C1E27" w:rsidRDefault="008C1E27" w:rsidP="008C1E27">
      <w:pPr>
        <w:spacing w:after="60" w:line="240" w:lineRule="auto"/>
        <w:ind w:left="216"/>
        <w:rPr>
          <w:rFonts w:ascii="Times New Roman" w:hAnsi="Times New Roman" w:cs="Times New Roman"/>
          <w:sz w:val="24"/>
        </w:rPr>
      </w:pPr>
      <w:r w:rsidRPr="008C1E27">
        <w:rPr>
          <w:rFonts w:ascii="MS Gothic" w:eastAsia="MS Gothic" w:hAnsi="MS Gothic" w:cs="MS Gothic" w:hint="eastAsia"/>
          <w:sz w:val="22"/>
        </w:rPr>
        <w:t>☐</w:t>
      </w:r>
      <w:r w:rsidRPr="008C1E27">
        <w:rPr>
          <w:rFonts w:ascii="Times New Roman" w:hAnsi="Times New Roman" w:cs="Times New Roman"/>
          <w:sz w:val="22"/>
        </w:rPr>
        <w:t xml:space="preserve">  Histórico escolar atualizado</w:t>
      </w:r>
    </w:p>
    <w:p w:rsidR="00290528" w:rsidRPr="008C1E27" w:rsidRDefault="008C1E27" w:rsidP="008C1E27">
      <w:pPr>
        <w:spacing w:after="60" w:line="240" w:lineRule="auto"/>
        <w:ind w:left="216"/>
        <w:rPr>
          <w:rFonts w:ascii="Times New Roman" w:hAnsi="Times New Roman" w:cs="Times New Roman"/>
          <w:sz w:val="24"/>
        </w:rPr>
      </w:pPr>
      <w:r w:rsidRPr="008C1E27">
        <w:rPr>
          <w:rFonts w:ascii="MS Gothic" w:eastAsia="MS Gothic" w:hAnsi="MS Gothic" w:cs="MS Gothic" w:hint="eastAsia"/>
          <w:sz w:val="22"/>
        </w:rPr>
        <w:t>☐</w:t>
      </w:r>
      <w:r w:rsidRPr="008C1E27">
        <w:rPr>
          <w:rFonts w:ascii="Times New Roman" w:hAnsi="Times New Roman" w:cs="Times New Roman"/>
          <w:sz w:val="22"/>
        </w:rPr>
        <w:t xml:space="preserve">  Currículo Lattes atualizado</w:t>
      </w:r>
    </w:p>
    <w:p w:rsidR="00290528" w:rsidRPr="008C1E27" w:rsidRDefault="008C1E27" w:rsidP="008C1E27">
      <w:pPr>
        <w:spacing w:after="60" w:line="240" w:lineRule="auto"/>
        <w:ind w:left="216"/>
        <w:rPr>
          <w:rFonts w:ascii="Times New Roman" w:hAnsi="Times New Roman" w:cs="Times New Roman"/>
          <w:sz w:val="24"/>
        </w:rPr>
      </w:pPr>
      <w:r w:rsidRPr="008C1E27">
        <w:rPr>
          <w:rFonts w:ascii="MS Gothic" w:eastAsia="MS Gothic" w:hAnsi="MS Gothic" w:cs="MS Gothic" w:hint="eastAsia"/>
          <w:sz w:val="22"/>
        </w:rPr>
        <w:t>☐</w:t>
      </w:r>
      <w:r w:rsidRPr="008C1E27">
        <w:rPr>
          <w:rFonts w:ascii="Times New Roman" w:hAnsi="Times New Roman" w:cs="Times New Roman"/>
          <w:sz w:val="22"/>
        </w:rPr>
        <w:t xml:space="preserve">  Comprovante de registro ORCID</w:t>
      </w:r>
    </w:p>
    <w:p w:rsidR="00290528" w:rsidRPr="008C1E27" w:rsidRDefault="008C1E27" w:rsidP="008C1E27">
      <w:pPr>
        <w:spacing w:after="60" w:line="240" w:lineRule="auto"/>
        <w:ind w:left="216"/>
        <w:rPr>
          <w:rFonts w:ascii="Times New Roman" w:hAnsi="Times New Roman" w:cs="Times New Roman"/>
          <w:sz w:val="24"/>
        </w:rPr>
      </w:pPr>
      <w:r w:rsidRPr="008C1E27">
        <w:rPr>
          <w:rFonts w:ascii="MS Gothic" w:eastAsia="MS Gothic" w:hAnsi="MS Gothic" w:cs="MS Gothic" w:hint="eastAsia"/>
          <w:sz w:val="22"/>
        </w:rPr>
        <w:t>☐</w:t>
      </w:r>
      <w:r w:rsidRPr="008C1E27">
        <w:rPr>
          <w:rFonts w:ascii="Times New Roman" w:hAnsi="Times New Roman" w:cs="Times New Roman"/>
          <w:sz w:val="22"/>
        </w:rPr>
        <w:t xml:space="preserve">  Carta de anuência do(a) orientador(a) no Brasil</w:t>
      </w:r>
    </w:p>
    <w:p w:rsidR="00290528" w:rsidRPr="008C1E27" w:rsidRDefault="008C1E27" w:rsidP="008C1E27">
      <w:pPr>
        <w:spacing w:after="60" w:line="240" w:lineRule="auto"/>
        <w:ind w:left="216"/>
        <w:rPr>
          <w:rFonts w:ascii="Times New Roman" w:hAnsi="Times New Roman" w:cs="Times New Roman"/>
          <w:sz w:val="24"/>
        </w:rPr>
      </w:pPr>
      <w:r w:rsidRPr="008C1E27">
        <w:rPr>
          <w:rFonts w:ascii="MS Gothic" w:eastAsia="MS Gothic" w:hAnsi="MS Gothic" w:cs="MS Gothic" w:hint="eastAsia"/>
          <w:sz w:val="22"/>
        </w:rPr>
        <w:t>☐</w:t>
      </w:r>
      <w:r w:rsidRPr="008C1E27">
        <w:rPr>
          <w:rFonts w:ascii="Times New Roman" w:hAnsi="Times New Roman" w:cs="Times New Roman"/>
          <w:sz w:val="22"/>
        </w:rPr>
        <w:t xml:space="preserve">  Carta de aceite do(a) supervisor(a)/coorientador(a) no </w:t>
      </w:r>
      <w:r w:rsidRPr="008C1E27">
        <w:rPr>
          <w:rFonts w:ascii="Times New Roman" w:hAnsi="Times New Roman" w:cs="Times New Roman"/>
          <w:sz w:val="22"/>
        </w:rPr>
        <w:t>exterior</w:t>
      </w:r>
    </w:p>
    <w:p w:rsidR="00290528" w:rsidRPr="008C1E27" w:rsidRDefault="008C1E27" w:rsidP="008C1E27">
      <w:pPr>
        <w:spacing w:after="60" w:line="240" w:lineRule="auto"/>
        <w:ind w:left="216"/>
        <w:rPr>
          <w:rFonts w:ascii="Times New Roman" w:hAnsi="Times New Roman" w:cs="Times New Roman"/>
          <w:sz w:val="24"/>
        </w:rPr>
      </w:pPr>
      <w:r w:rsidRPr="008C1E27">
        <w:rPr>
          <w:rFonts w:ascii="MS Gothic" w:eastAsia="MS Gothic" w:hAnsi="MS Gothic" w:cs="MS Gothic" w:hint="eastAsia"/>
          <w:sz w:val="22"/>
        </w:rPr>
        <w:t>☐</w:t>
      </w:r>
      <w:r w:rsidRPr="008C1E27">
        <w:rPr>
          <w:rFonts w:ascii="Times New Roman" w:hAnsi="Times New Roman" w:cs="Times New Roman"/>
          <w:sz w:val="22"/>
        </w:rPr>
        <w:t xml:space="preserve">  Comprovação de fluência linguística, conforme o edital</w:t>
      </w:r>
    </w:p>
    <w:p w:rsidR="00290528" w:rsidRPr="008C1E27" w:rsidRDefault="008C1E27" w:rsidP="008C1E27">
      <w:pPr>
        <w:spacing w:after="60" w:line="240" w:lineRule="auto"/>
        <w:ind w:left="216"/>
        <w:rPr>
          <w:rFonts w:ascii="Times New Roman" w:hAnsi="Times New Roman" w:cs="Times New Roman"/>
          <w:sz w:val="24"/>
        </w:rPr>
      </w:pPr>
      <w:r w:rsidRPr="008C1E27">
        <w:rPr>
          <w:rFonts w:ascii="MS Gothic" w:eastAsia="MS Gothic" w:hAnsi="MS Gothic" w:cs="MS Gothic" w:hint="eastAsia"/>
          <w:sz w:val="22"/>
        </w:rPr>
        <w:t>☐</w:t>
      </w:r>
      <w:r w:rsidRPr="008C1E27">
        <w:rPr>
          <w:rFonts w:ascii="Times New Roman" w:hAnsi="Times New Roman" w:cs="Times New Roman"/>
          <w:sz w:val="22"/>
        </w:rPr>
        <w:t xml:space="preserve">  Plano de pesquisa e demais declarações/documentos exigidos no edital retificado</w:t>
      </w:r>
    </w:p>
    <w:p w:rsidR="00290528" w:rsidRPr="008C1E27" w:rsidRDefault="008C1E27">
      <w:pPr>
        <w:spacing w:before="16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b/>
          <w:sz w:val="28"/>
        </w:rPr>
        <w:t>DECLARAÇÕES DO(A) CANDIDATO(A)/PROPONENTE</w:t>
      </w:r>
    </w:p>
    <w:p w:rsidR="00290528" w:rsidRPr="008C1E27" w:rsidRDefault="008C1E27" w:rsidP="008C1E27">
      <w:pPr>
        <w:spacing w:after="60" w:line="240" w:lineRule="auto"/>
        <w:ind w:left="216"/>
        <w:rPr>
          <w:rFonts w:ascii="Times New Roman" w:hAnsi="Times New Roman" w:cs="Times New Roman"/>
          <w:sz w:val="24"/>
        </w:rPr>
      </w:pPr>
      <w:r w:rsidRPr="008C1E27">
        <w:rPr>
          <w:rFonts w:ascii="MS Gothic" w:eastAsia="MS Gothic" w:hAnsi="MS Gothic" w:cs="MS Gothic" w:hint="eastAsia"/>
          <w:sz w:val="22"/>
        </w:rPr>
        <w:t>☐</w:t>
      </w:r>
      <w:r w:rsidRPr="008C1E27">
        <w:rPr>
          <w:rFonts w:ascii="Times New Roman" w:hAnsi="Times New Roman" w:cs="Times New Roman"/>
          <w:sz w:val="22"/>
        </w:rPr>
        <w:t xml:space="preserve">  Li o Edital nº 01/2026/Rede GAIA, versão retificada, e seus a</w:t>
      </w:r>
      <w:r w:rsidRPr="008C1E27">
        <w:rPr>
          <w:rFonts w:ascii="Times New Roman" w:hAnsi="Times New Roman" w:cs="Times New Roman"/>
          <w:sz w:val="22"/>
        </w:rPr>
        <w:t>nexos.</w:t>
      </w:r>
    </w:p>
    <w:p w:rsidR="00290528" w:rsidRPr="008C1E27" w:rsidRDefault="008C1E27" w:rsidP="008C1E27">
      <w:pPr>
        <w:spacing w:after="60" w:line="240" w:lineRule="auto"/>
        <w:ind w:left="216"/>
        <w:rPr>
          <w:rFonts w:ascii="Times New Roman" w:hAnsi="Times New Roman" w:cs="Times New Roman"/>
          <w:sz w:val="24"/>
        </w:rPr>
      </w:pPr>
      <w:r w:rsidRPr="008C1E27">
        <w:rPr>
          <w:rFonts w:ascii="MS Gothic" w:eastAsia="MS Gothic" w:hAnsi="MS Gothic" w:cs="MS Gothic" w:hint="eastAsia"/>
          <w:sz w:val="22"/>
        </w:rPr>
        <w:t>☐</w:t>
      </w:r>
      <w:r w:rsidRPr="008C1E27">
        <w:rPr>
          <w:rFonts w:ascii="Times New Roman" w:hAnsi="Times New Roman" w:cs="Times New Roman"/>
          <w:sz w:val="22"/>
        </w:rPr>
        <w:t xml:space="preserve">  As informações e os documentos apresentados são verdadeiros.</w:t>
      </w:r>
    </w:p>
    <w:p w:rsidR="00290528" w:rsidRPr="008C1E27" w:rsidRDefault="008C1E27" w:rsidP="008C1E27">
      <w:pPr>
        <w:spacing w:after="60" w:line="240" w:lineRule="auto"/>
        <w:ind w:left="216"/>
        <w:rPr>
          <w:rFonts w:ascii="Times New Roman" w:hAnsi="Times New Roman" w:cs="Times New Roman"/>
          <w:sz w:val="24"/>
        </w:rPr>
      </w:pPr>
      <w:r w:rsidRPr="008C1E27">
        <w:rPr>
          <w:rFonts w:ascii="MS Gothic" w:eastAsia="MS Gothic" w:hAnsi="MS Gothic" w:cs="MS Gothic" w:hint="eastAsia"/>
          <w:sz w:val="22"/>
        </w:rPr>
        <w:t>☐</w:t>
      </w:r>
      <w:r w:rsidRPr="008C1E27">
        <w:rPr>
          <w:rFonts w:ascii="Times New Roman" w:hAnsi="Times New Roman" w:cs="Times New Roman"/>
          <w:sz w:val="22"/>
        </w:rPr>
        <w:t xml:space="preserve">  Estou ciente de que a seleção interna não garante a implementação automática da bolsa.</w:t>
      </w:r>
    </w:p>
    <w:p w:rsidR="00290528" w:rsidRPr="008C1E27" w:rsidRDefault="008C1E27">
      <w:pPr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2"/>
        </w:rPr>
        <w:br/>
        <w:t>Declaro que as informações prestadas são verdadeiras e que li o edital e seus anexos, comprome</w:t>
      </w:r>
      <w:r w:rsidRPr="008C1E27">
        <w:rPr>
          <w:rFonts w:ascii="Times New Roman" w:hAnsi="Times New Roman" w:cs="Times New Roman"/>
          <w:sz w:val="22"/>
        </w:rPr>
        <w:t>tendo-me a cumprir as regras aplicáveis à modalidade.</w:t>
      </w:r>
    </w:p>
    <w:p w:rsidR="00290528" w:rsidRPr="008C1E27" w:rsidRDefault="008C1E27">
      <w:pPr>
        <w:spacing w:after="160"/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4"/>
        </w:rPr>
        <w:br/>
        <w:t>Local e data: __________________________________________________________</w:t>
      </w:r>
    </w:p>
    <w:p w:rsidR="00290528" w:rsidRPr="008C1E27" w:rsidRDefault="008C1E27">
      <w:pPr>
        <w:rPr>
          <w:rFonts w:ascii="Times New Roman" w:hAnsi="Times New Roman" w:cs="Times New Roman"/>
          <w:sz w:val="24"/>
        </w:rPr>
      </w:pPr>
      <w:r w:rsidRPr="008C1E27">
        <w:rPr>
          <w:rFonts w:ascii="Times New Roman" w:hAnsi="Times New Roman" w:cs="Times New Roman"/>
          <w:sz w:val="24"/>
        </w:rPr>
        <w:t>Assinatura do(a) candidato(a)/docente proponente: ______________________________________________</w:t>
      </w:r>
    </w:p>
    <w:sectPr w:rsidR="00290528" w:rsidRPr="008C1E27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0528"/>
    <w:rsid w:val="0029639D"/>
    <w:rsid w:val="00326F90"/>
    <w:rsid w:val="008C1E2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57EB47-3809-4035-AB67-3FEF1BD00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621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Usuário</cp:lastModifiedBy>
  <cp:revision>2</cp:revision>
  <dcterms:created xsi:type="dcterms:W3CDTF">2013-12-23T23:15:00Z</dcterms:created>
  <dcterms:modified xsi:type="dcterms:W3CDTF">2026-10-16T14:04:00Z</dcterms:modified>
  <cp:category/>
</cp:coreProperties>
</file>