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3AF88C" w14:textId="77777777" w:rsidR="00291A4D" w:rsidRPr="004F7E75" w:rsidRDefault="00291A4D" w:rsidP="00EC363A">
      <w:pPr>
        <w:pStyle w:val="Ttulo"/>
        <w:spacing w:after="0" w:line="360" w:lineRule="auto"/>
        <w:jc w:val="center"/>
        <w:rPr>
          <w:rFonts w:ascii="Times New Roman" w:hAnsi="Times New Roman" w:cs="Times New Roman"/>
          <w:b/>
          <w:sz w:val="22"/>
          <w:szCs w:val="22"/>
          <w:lang w:val="pt-BR"/>
        </w:rPr>
      </w:pPr>
    </w:p>
    <w:p w14:paraId="53B3F74E" w14:textId="5B28AA7F" w:rsidR="004F7E75" w:rsidRPr="00EC363A" w:rsidRDefault="009849C0" w:rsidP="00EC363A">
      <w:pPr>
        <w:pStyle w:val="Ttulo"/>
        <w:spacing w:after="0" w:line="360" w:lineRule="auto"/>
        <w:jc w:val="center"/>
        <w:rPr>
          <w:rFonts w:ascii="Times New Roman" w:hAnsi="Times New Roman" w:cs="Times New Roman"/>
          <w:b/>
          <w:sz w:val="22"/>
          <w:szCs w:val="22"/>
          <w:lang w:val="pt-BR"/>
        </w:rPr>
      </w:pPr>
      <w:r w:rsidRPr="004F7E75">
        <w:rPr>
          <w:rFonts w:ascii="Times New Roman" w:hAnsi="Times New Roman" w:cs="Times New Roman"/>
          <w:b/>
          <w:sz w:val="22"/>
          <w:szCs w:val="22"/>
          <w:lang w:val="pt-BR"/>
        </w:rPr>
        <w:t>Edital interno de seleção de bolsas no Exterior</w:t>
      </w:r>
    </w:p>
    <w:p w14:paraId="54DD6C44" w14:textId="77777777" w:rsidR="008358E7" w:rsidRPr="004F7E75" w:rsidRDefault="008358E7" w:rsidP="00EC363A">
      <w:pPr>
        <w:spacing w:after="0" w:line="360" w:lineRule="auto"/>
        <w:jc w:val="center"/>
        <w:rPr>
          <w:rFonts w:ascii="Times New Roman" w:hAnsi="Times New Roman" w:cs="Times New Roman"/>
          <w:b/>
          <w:lang w:val="pt-BR"/>
        </w:rPr>
      </w:pPr>
      <w:r w:rsidRPr="004F7E75">
        <w:rPr>
          <w:rFonts w:ascii="Times New Roman" w:hAnsi="Times New Roman" w:cs="Times New Roman"/>
          <w:b/>
          <w:lang w:val="pt-BR"/>
        </w:rPr>
        <w:t>Edital nº 2</w:t>
      </w:r>
      <w:r w:rsidR="009849C0" w:rsidRPr="004F7E75">
        <w:rPr>
          <w:rFonts w:ascii="Times New Roman" w:hAnsi="Times New Roman" w:cs="Times New Roman"/>
          <w:b/>
          <w:lang w:val="pt-BR"/>
        </w:rPr>
        <w:t>/2026/CIAMB/UFG • Rede Gaia • Atividades em 2027</w:t>
      </w:r>
    </w:p>
    <w:p w14:paraId="7389E2FD" w14:textId="2E19A798" w:rsidR="00D44B92" w:rsidRPr="004F7E75" w:rsidRDefault="009849C0" w:rsidP="009B791E">
      <w:pPr>
        <w:pStyle w:val="Ttulo1"/>
        <w:spacing w:before="0"/>
        <w:jc w:val="center"/>
        <w:rPr>
          <w:rFonts w:ascii="Times New Roman" w:hAnsi="Times New Roman" w:cs="Times New Roman"/>
          <w:sz w:val="22"/>
          <w:szCs w:val="22"/>
          <w:lang w:val="pt-BR"/>
        </w:rPr>
      </w:pPr>
      <w:r w:rsidRPr="004F7E75">
        <w:rPr>
          <w:rFonts w:ascii="Times New Roman" w:hAnsi="Times New Roman" w:cs="Times New Roman"/>
          <w:sz w:val="22"/>
          <w:szCs w:val="22"/>
          <w:lang w:val="pt-BR"/>
        </w:rPr>
        <w:t>Anexo A Formulário de inscrição</w:t>
      </w:r>
    </w:p>
    <w:p w14:paraId="2AF68470" w14:textId="77777777" w:rsidR="0032798E" w:rsidRDefault="0032798E" w:rsidP="00EC363A">
      <w:pPr>
        <w:spacing w:after="0"/>
        <w:jc w:val="both"/>
        <w:rPr>
          <w:rFonts w:ascii="Times New Roman" w:hAnsi="Times New Roman" w:cs="Times New Roman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256"/>
        <w:gridCol w:w="6558"/>
      </w:tblGrid>
      <w:tr w:rsidR="001B3EB8" w14:paraId="0358A589" w14:textId="77777777" w:rsidTr="001B3EB8">
        <w:tc>
          <w:tcPr>
            <w:tcW w:w="3256" w:type="dxa"/>
          </w:tcPr>
          <w:p w14:paraId="219D8C01" w14:textId="4931F108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Modalidade pleiteada:</w:t>
            </w:r>
          </w:p>
        </w:tc>
        <w:tc>
          <w:tcPr>
            <w:tcW w:w="6558" w:type="dxa"/>
          </w:tcPr>
          <w:p w14:paraId="3410CB6B" w14:textId="602E1CBC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:rsidRPr="00570643" w14:paraId="1E748E80" w14:textId="77777777" w:rsidTr="001B3EB8">
        <w:tc>
          <w:tcPr>
            <w:tcW w:w="3256" w:type="dxa"/>
          </w:tcPr>
          <w:p w14:paraId="7AD32E31" w14:textId="0D665478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Nome do(a) candidato(a):</w:t>
            </w:r>
          </w:p>
        </w:tc>
        <w:tc>
          <w:tcPr>
            <w:tcW w:w="6558" w:type="dxa"/>
          </w:tcPr>
          <w:p w14:paraId="129FFB33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:rsidRPr="00570643" w14:paraId="138EFAF9" w14:textId="77777777" w:rsidTr="001B3EB8">
        <w:tc>
          <w:tcPr>
            <w:tcW w:w="3256" w:type="dxa"/>
          </w:tcPr>
          <w:p w14:paraId="788B7619" w14:textId="1FDEE288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Identificação e CPF quando aplicável:</w:t>
            </w:r>
          </w:p>
        </w:tc>
        <w:tc>
          <w:tcPr>
            <w:tcW w:w="6558" w:type="dxa"/>
          </w:tcPr>
          <w:p w14:paraId="193EA6BA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:rsidRPr="00570643" w14:paraId="59D16711" w14:textId="77777777" w:rsidTr="001B3EB8">
        <w:tc>
          <w:tcPr>
            <w:tcW w:w="3256" w:type="dxa"/>
          </w:tcPr>
          <w:p w14:paraId="6F3EEE48" w14:textId="181ADECF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Nacionalidade e país de residência:</w:t>
            </w:r>
          </w:p>
        </w:tc>
        <w:tc>
          <w:tcPr>
            <w:tcW w:w="6558" w:type="dxa"/>
          </w:tcPr>
          <w:p w14:paraId="5C483977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:rsidRPr="00570643" w14:paraId="0434C811" w14:textId="77777777" w:rsidTr="001B3EB8">
        <w:tc>
          <w:tcPr>
            <w:tcW w:w="3256" w:type="dxa"/>
          </w:tcPr>
          <w:p w14:paraId="516BD30A" w14:textId="2B0AD4BD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Instituição de vínculo e categoria:</w:t>
            </w:r>
          </w:p>
        </w:tc>
        <w:tc>
          <w:tcPr>
            <w:tcW w:w="6558" w:type="dxa"/>
          </w:tcPr>
          <w:p w14:paraId="308BF4A2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14:paraId="232C7455" w14:textId="77777777" w:rsidTr="001B3EB8">
        <w:tc>
          <w:tcPr>
            <w:tcW w:w="3256" w:type="dxa"/>
          </w:tcPr>
          <w:p w14:paraId="77EBE626" w14:textId="1CE46927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E-mail e telefone:</w:t>
            </w:r>
          </w:p>
        </w:tc>
        <w:tc>
          <w:tcPr>
            <w:tcW w:w="6558" w:type="dxa"/>
          </w:tcPr>
          <w:p w14:paraId="2FE945ED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14:paraId="59FD74F6" w14:textId="77777777" w:rsidTr="001B3EB8">
        <w:tc>
          <w:tcPr>
            <w:tcW w:w="3256" w:type="dxa"/>
          </w:tcPr>
          <w:p w14:paraId="7B77B58B" w14:textId="02B43BA3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ORCID e currículo:</w:t>
            </w:r>
          </w:p>
        </w:tc>
        <w:tc>
          <w:tcPr>
            <w:tcW w:w="6558" w:type="dxa"/>
          </w:tcPr>
          <w:p w14:paraId="3A7C9F71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:rsidRPr="00570643" w14:paraId="391F3915" w14:textId="77777777" w:rsidTr="001B3EB8">
        <w:tc>
          <w:tcPr>
            <w:tcW w:w="3256" w:type="dxa"/>
          </w:tcPr>
          <w:p w14:paraId="6B7CE312" w14:textId="45817D6D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Docente proponente ou orientador(a) no CIAMB:</w:t>
            </w:r>
          </w:p>
        </w:tc>
        <w:tc>
          <w:tcPr>
            <w:tcW w:w="6558" w:type="dxa"/>
          </w:tcPr>
          <w:p w14:paraId="31202459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:rsidRPr="00570643" w14:paraId="39319287" w14:textId="77777777" w:rsidTr="001B3EB8">
        <w:tc>
          <w:tcPr>
            <w:tcW w:w="3256" w:type="dxa"/>
          </w:tcPr>
          <w:p w14:paraId="7DDDB0CB" w14:textId="494F3C1E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Instituição de destino ou de origem no exterior:</w:t>
            </w:r>
          </w:p>
        </w:tc>
        <w:tc>
          <w:tcPr>
            <w:tcW w:w="6558" w:type="dxa"/>
          </w:tcPr>
          <w:p w14:paraId="3CD4579A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:rsidRPr="00570643" w14:paraId="7D6DA9E2" w14:textId="77777777" w:rsidTr="001B3EB8">
        <w:tc>
          <w:tcPr>
            <w:tcW w:w="3256" w:type="dxa"/>
          </w:tcPr>
          <w:p w14:paraId="3DCF07E1" w14:textId="2A096C59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Supervisor(a) ou anfitrião(ã):</w:t>
            </w:r>
          </w:p>
        </w:tc>
        <w:tc>
          <w:tcPr>
            <w:tcW w:w="6558" w:type="dxa"/>
          </w:tcPr>
          <w:p w14:paraId="4A6E1D7A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:rsidRPr="00570643" w14:paraId="3DC627E6" w14:textId="77777777" w:rsidTr="001B3EB8">
        <w:tc>
          <w:tcPr>
            <w:tcW w:w="3256" w:type="dxa"/>
          </w:tcPr>
          <w:p w14:paraId="731B37C3" w14:textId="539EFE21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Título do plano e ODS contemplados:</w:t>
            </w:r>
          </w:p>
        </w:tc>
        <w:tc>
          <w:tcPr>
            <w:tcW w:w="6558" w:type="dxa"/>
          </w:tcPr>
          <w:p w14:paraId="76372CFF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14:paraId="6AB9DE15" w14:textId="77777777" w:rsidTr="001B3EB8">
        <w:tc>
          <w:tcPr>
            <w:tcW w:w="3256" w:type="dxa"/>
          </w:tcPr>
          <w:p w14:paraId="75F586BB" w14:textId="029EABB2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Período proposto e duração:</w:t>
            </w:r>
          </w:p>
        </w:tc>
        <w:tc>
          <w:tcPr>
            <w:tcW w:w="6558" w:type="dxa"/>
          </w:tcPr>
          <w:p w14:paraId="673EAE84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  <w:tr w:rsidR="001B3EB8" w:rsidRPr="00570643" w14:paraId="11C05BAD" w14:textId="77777777" w:rsidTr="001B3EB8">
        <w:tc>
          <w:tcPr>
            <w:tcW w:w="3256" w:type="dxa"/>
          </w:tcPr>
          <w:p w14:paraId="7789CD8D" w14:textId="136ADBDF" w:rsidR="001B3EB8" w:rsidRP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i/>
                <w:iCs/>
                <w:lang w:val="pt-BR"/>
              </w:rPr>
            </w:pPr>
            <w:r w:rsidRPr="001B3EB8">
              <w:rPr>
                <w:rFonts w:ascii="Times New Roman" w:hAnsi="Times New Roman" w:cs="Times New Roman"/>
                <w:i/>
                <w:iCs/>
                <w:lang w:val="pt-BR"/>
              </w:rPr>
              <w:t>Outras bolsas benefícios ou atividades remuneradas quando aplicável:</w:t>
            </w:r>
          </w:p>
        </w:tc>
        <w:tc>
          <w:tcPr>
            <w:tcW w:w="6558" w:type="dxa"/>
          </w:tcPr>
          <w:p w14:paraId="7C9F9913" w14:textId="77777777" w:rsidR="001B3EB8" w:rsidRDefault="001B3EB8" w:rsidP="001B3EB8">
            <w:pPr>
              <w:spacing w:line="360" w:lineRule="auto"/>
              <w:rPr>
                <w:rFonts w:ascii="Times New Roman" w:hAnsi="Times New Roman" w:cs="Times New Roman"/>
                <w:lang w:val="pt-BR"/>
              </w:rPr>
            </w:pPr>
          </w:p>
        </w:tc>
      </w:tr>
    </w:tbl>
    <w:p w14:paraId="42319A01" w14:textId="77777777" w:rsidR="001B3EB8" w:rsidRDefault="001B3EB8" w:rsidP="001B3EB8">
      <w:pPr>
        <w:spacing w:after="0" w:line="360" w:lineRule="auto"/>
        <w:rPr>
          <w:rFonts w:ascii="Times New Roman" w:hAnsi="Times New Roman" w:cs="Times New Roman"/>
          <w:lang w:val="pt-BR"/>
        </w:rPr>
      </w:pPr>
    </w:p>
    <w:p w14:paraId="08D775B1" w14:textId="77777777" w:rsidR="001B3EB8" w:rsidRDefault="009849C0" w:rsidP="001B3EB8">
      <w:pPr>
        <w:spacing w:after="0" w:line="360" w:lineRule="auto"/>
        <w:rPr>
          <w:rFonts w:ascii="Times New Roman" w:hAnsi="Times New Roman" w:cs="Times New Roman"/>
          <w:lang w:val="pt-BR"/>
        </w:rPr>
      </w:pPr>
      <w:r w:rsidRPr="004F7E75">
        <w:rPr>
          <w:rFonts w:ascii="Times New Roman" w:hAnsi="Times New Roman" w:cs="Times New Roman"/>
          <w:lang w:val="pt-BR"/>
        </w:rPr>
        <w:t>Declaro que as informações e os documentos apresentados são verdadeiros, que atendo aos requisitos gerais e específicos da modalidade e que li e concordo com os editais interno e geral da Rede Gaia.</w:t>
      </w:r>
    </w:p>
    <w:p w14:paraId="3033E64F" w14:textId="04248A3A" w:rsidR="00D44B92" w:rsidRPr="004F7E75" w:rsidRDefault="009849C0" w:rsidP="001B3EB8">
      <w:pPr>
        <w:spacing w:after="0" w:line="360" w:lineRule="auto"/>
        <w:rPr>
          <w:rFonts w:ascii="Times New Roman" w:hAnsi="Times New Roman" w:cs="Times New Roman"/>
          <w:lang w:val="pt-BR"/>
        </w:rPr>
      </w:pPr>
      <w:r w:rsidRPr="004F7E75">
        <w:rPr>
          <w:rFonts w:ascii="Times New Roman" w:hAnsi="Times New Roman" w:cs="Times New Roman"/>
          <w:lang w:val="pt-BR"/>
        </w:rPr>
        <w:t>Declaro disponibilidade para executar as atividades no período indicado e ciência das obrigações de implementação, acompanhamento e prestação de contas.</w:t>
      </w:r>
    </w:p>
    <w:p w14:paraId="7CE38738" w14:textId="77777777" w:rsidR="009B791E" w:rsidRDefault="009B791E" w:rsidP="001B3EB8">
      <w:pPr>
        <w:spacing w:after="0" w:line="360" w:lineRule="auto"/>
        <w:rPr>
          <w:rFonts w:ascii="Times New Roman" w:hAnsi="Times New Roman" w:cs="Times New Roman"/>
          <w:lang w:val="pt-BR"/>
        </w:rPr>
      </w:pPr>
    </w:p>
    <w:p w14:paraId="61E0F617" w14:textId="3AAE9CAC" w:rsidR="009B791E" w:rsidRDefault="009849C0" w:rsidP="001B3EB8">
      <w:pPr>
        <w:spacing w:after="0" w:line="360" w:lineRule="auto"/>
        <w:rPr>
          <w:rFonts w:ascii="Times New Roman" w:hAnsi="Times New Roman" w:cs="Times New Roman"/>
          <w:lang w:val="pt-BR"/>
        </w:rPr>
      </w:pPr>
      <w:r w:rsidRPr="004F7E75">
        <w:rPr>
          <w:rFonts w:ascii="Times New Roman" w:hAnsi="Times New Roman" w:cs="Times New Roman"/>
          <w:lang w:val="pt-BR"/>
        </w:rPr>
        <w:t>Local e data:</w:t>
      </w:r>
      <w:r w:rsidR="009B791E" w:rsidRPr="004F7E75">
        <w:rPr>
          <w:rFonts w:ascii="Times New Roman" w:hAnsi="Times New Roman" w:cs="Times New Roman"/>
          <w:lang w:val="pt-BR"/>
        </w:rPr>
        <w:t xml:space="preserve"> </w:t>
      </w:r>
    </w:p>
    <w:p w14:paraId="5D1B1018" w14:textId="1EAE36CE" w:rsidR="00D44B92" w:rsidRPr="004F7E75" w:rsidRDefault="009849C0" w:rsidP="002C07FC">
      <w:pPr>
        <w:spacing w:after="0" w:line="360" w:lineRule="auto"/>
        <w:rPr>
          <w:rFonts w:ascii="Times New Roman" w:hAnsi="Times New Roman" w:cs="Times New Roman"/>
          <w:lang w:val="pt-BR"/>
        </w:rPr>
      </w:pPr>
      <w:r w:rsidRPr="004F7E75">
        <w:rPr>
          <w:rFonts w:ascii="Times New Roman" w:hAnsi="Times New Roman" w:cs="Times New Roman"/>
          <w:lang w:val="pt-BR"/>
        </w:rPr>
        <w:t>Assinatura do(a) candidato(a):</w:t>
      </w:r>
      <w:r w:rsidR="001B3EB8">
        <w:rPr>
          <w:rFonts w:ascii="Times New Roman" w:hAnsi="Times New Roman" w:cs="Times New Roman"/>
          <w:lang w:val="pt-BR"/>
        </w:rPr>
        <w:t xml:space="preserve"> </w:t>
      </w:r>
    </w:p>
    <w:sectPr w:rsidR="00D44B92" w:rsidRPr="004F7E75" w:rsidSect="00EC363A">
      <w:headerReference w:type="default" r:id="rId8"/>
      <w:footerReference w:type="default" r:id="rId9"/>
      <w:pgSz w:w="12240" w:h="15840"/>
      <w:pgMar w:top="1080" w:right="616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44DB6" w14:textId="77777777" w:rsidR="00C95A4C" w:rsidRDefault="00C95A4C">
      <w:pPr>
        <w:spacing w:after="0"/>
      </w:pPr>
      <w:r>
        <w:separator/>
      </w:r>
    </w:p>
  </w:endnote>
  <w:endnote w:type="continuationSeparator" w:id="0">
    <w:p w14:paraId="4840F0D7" w14:textId="77777777" w:rsidR="00C95A4C" w:rsidRDefault="00C95A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7A905" w14:textId="509885CF" w:rsidR="00EC363A" w:rsidRDefault="009849C0">
    <w:pPr>
      <w:pStyle w:val="Rodap"/>
      <w:rPr>
        <w:lang w:val="pt-BR"/>
      </w:rPr>
    </w:pPr>
    <w:r w:rsidRPr="008358E7">
      <w:rPr>
        <w:lang w:val="pt-BR"/>
      </w:rPr>
      <w:t>CIAMB | Rede Ga</w:t>
    </w:r>
    <w:r w:rsidR="00EC363A">
      <w:rPr>
        <w:lang w:val="pt-BR"/>
      </w:rPr>
      <w:t>ia 2027 |</w:t>
    </w:r>
    <w:r w:rsidR="00800D47">
      <w:rPr>
        <w:lang w:val="pt-BR"/>
      </w:rPr>
      <w:t xml:space="preserve"> </w:t>
    </w:r>
    <w:r w:rsidR="00EC363A">
      <w:rPr>
        <w:lang w:val="pt-BR"/>
      </w:rPr>
      <w:t>Edital bolsas no exterior</w:t>
    </w:r>
  </w:p>
  <w:p w14:paraId="17701ABD" w14:textId="2FF6808C" w:rsidR="00D44B92" w:rsidRPr="008358E7" w:rsidRDefault="009849C0" w:rsidP="00800D47">
    <w:pPr>
      <w:pStyle w:val="Rodap"/>
      <w:jc w:val="right"/>
      <w:rPr>
        <w:lang w:val="pt-BR"/>
      </w:rPr>
    </w:pPr>
    <w:r w:rsidRPr="008358E7">
      <w:rPr>
        <w:lang w:val="pt-BR"/>
      </w:rPr>
      <w:t xml:space="preserve"> •  </w:t>
    </w:r>
    <w:r>
      <w:fldChar w:fldCharType="begin"/>
    </w:r>
    <w:r w:rsidRPr="008358E7">
      <w:rPr>
        <w:lang w:val="pt-BR"/>
      </w:rPr>
      <w:instrText>PAGE</w:instrText>
    </w:r>
    <w:r>
      <w:fldChar w:fldCharType="separate"/>
    </w:r>
    <w:r w:rsidR="00EC363A">
      <w:rPr>
        <w:noProof/>
        <w:lang w:val="pt-BR"/>
      </w:rPr>
      <w:t>2</w:t>
    </w:r>
    <w:r>
      <w:fldChar w:fldCharType="end"/>
    </w:r>
    <w:r w:rsidR="002C07FC">
      <w:t>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AE451" w14:textId="77777777" w:rsidR="00C95A4C" w:rsidRDefault="00C95A4C">
      <w:pPr>
        <w:spacing w:after="0"/>
      </w:pPr>
      <w:r>
        <w:separator/>
      </w:r>
    </w:p>
  </w:footnote>
  <w:footnote w:type="continuationSeparator" w:id="0">
    <w:p w14:paraId="777A1F22" w14:textId="77777777" w:rsidR="00C95A4C" w:rsidRDefault="00C95A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52832" w14:textId="145F2DA7" w:rsidR="00D44B92" w:rsidRDefault="001B2E98" w:rsidP="001B2E98">
    <w:pPr>
      <w:pStyle w:val="Cabealho"/>
      <w:tabs>
        <w:tab w:val="clear" w:pos="4680"/>
        <w:tab w:val="center" w:pos="6379"/>
      </w:tabs>
      <w:spacing w:line="360" w:lineRule="auto"/>
      <w:jc w:val="center"/>
      <w:rPr>
        <w:sz w:val="18"/>
        <w:lang w:val="pt-BR"/>
      </w:rPr>
    </w:pPr>
    <w:r>
      <w:rPr>
        <w:noProof/>
        <w:lang w:val="pt-BR" w:eastAsia="pt-BR"/>
      </w:rPr>
      <w:drawing>
        <wp:anchor distT="0" distB="0" distL="114300" distR="114300" simplePos="0" relativeHeight="251659264" behindDoc="0" locked="0" layoutInCell="1" allowOverlap="1" wp14:anchorId="34036D7D" wp14:editId="2127B181">
          <wp:simplePos x="0" y="0"/>
          <wp:positionH relativeFrom="column">
            <wp:posOffset>5619750</wp:posOffset>
          </wp:positionH>
          <wp:positionV relativeFrom="paragraph">
            <wp:posOffset>-47625</wp:posOffset>
          </wp:positionV>
          <wp:extent cx="457200" cy="462280"/>
          <wp:effectExtent l="0" t="0" r="0" b="0"/>
          <wp:wrapNone/>
          <wp:docPr id="9" name="Imagem 9" descr="PPGCIAMB/PRPG/U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PGCIAMB/PRPG/UF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62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C679FF4" wp14:editId="6E30D69D">
          <wp:simplePos x="0" y="0"/>
          <wp:positionH relativeFrom="column">
            <wp:posOffset>-66675</wp:posOffset>
          </wp:positionH>
          <wp:positionV relativeFrom="paragraph">
            <wp:posOffset>-47625</wp:posOffset>
          </wp:positionV>
          <wp:extent cx="885825" cy="522605"/>
          <wp:effectExtent l="0" t="0" r="9525" b="0"/>
          <wp:wrapNone/>
          <wp:docPr id="10" name="Imagem 10" descr="Login - Autenticação UF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in - Autenticação UF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522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58E7">
      <w:rPr>
        <w:sz w:val="18"/>
        <w:lang w:val="pt-BR"/>
      </w:rPr>
      <w:t>UNIVERSIDADE FEDERAL DE GOIÁS</w:t>
    </w:r>
    <w:r w:rsidR="00EC363A">
      <w:rPr>
        <w:noProof/>
        <w:lang w:val="pt-BR" w:eastAsia="pt-BR"/>
      </w:rPr>
      <w:t xml:space="preserve">                              </w:t>
    </w:r>
  </w:p>
  <w:p w14:paraId="1DE3E88C" w14:textId="6A5FA7A4" w:rsidR="008358E7" w:rsidRDefault="008358E7" w:rsidP="001B2E98">
    <w:pPr>
      <w:pStyle w:val="Cabealho"/>
      <w:spacing w:line="360" w:lineRule="auto"/>
      <w:jc w:val="center"/>
      <w:rPr>
        <w:sz w:val="18"/>
        <w:lang w:val="pt-BR"/>
      </w:rPr>
    </w:pPr>
    <w:r>
      <w:rPr>
        <w:sz w:val="18"/>
        <w:lang w:val="pt-BR"/>
      </w:rPr>
      <w:t>PRÓ-REITORIA DE PÓS-GRADUAÇÃO</w:t>
    </w:r>
  </w:p>
  <w:p w14:paraId="4B5D094B" w14:textId="77777777" w:rsidR="008358E7" w:rsidRPr="008358E7" w:rsidRDefault="008358E7" w:rsidP="001B2E98">
    <w:pPr>
      <w:pStyle w:val="Cabealho"/>
      <w:spacing w:line="360" w:lineRule="auto"/>
      <w:jc w:val="center"/>
      <w:rPr>
        <w:lang w:val="pt-BR"/>
      </w:rPr>
    </w:pPr>
    <w:r>
      <w:rPr>
        <w:sz w:val="18"/>
        <w:lang w:val="pt-BR"/>
      </w:rPr>
      <w:t>PROGRAMA DE PÓS-GRADUAÇÃO EM CIÊNCIAS AMBIENTAIS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605"/>
    <w:rsid w:val="0006063C"/>
    <w:rsid w:val="000716B2"/>
    <w:rsid w:val="000F0C9C"/>
    <w:rsid w:val="0015074B"/>
    <w:rsid w:val="001B2E98"/>
    <w:rsid w:val="001B3EB8"/>
    <w:rsid w:val="00291A4D"/>
    <w:rsid w:val="0029639D"/>
    <w:rsid w:val="002A3B6E"/>
    <w:rsid w:val="002B7091"/>
    <w:rsid w:val="002C07FC"/>
    <w:rsid w:val="00326F90"/>
    <w:rsid w:val="0032798E"/>
    <w:rsid w:val="00332C31"/>
    <w:rsid w:val="003D0D98"/>
    <w:rsid w:val="004F7E75"/>
    <w:rsid w:val="00500F51"/>
    <w:rsid w:val="00570643"/>
    <w:rsid w:val="00714507"/>
    <w:rsid w:val="007579C5"/>
    <w:rsid w:val="00800D47"/>
    <w:rsid w:val="008358E7"/>
    <w:rsid w:val="00877A05"/>
    <w:rsid w:val="009849C0"/>
    <w:rsid w:val="009B2A77"/>
    <w:rsid w:val="009B791E"/>
    <w:rsid w:val="00A15CD3"/>
    <w:rsid w:val="00A348B6"/>
    <w:rsid w:val="00AA1D8D"/>
    <w:rsid w:val="00B47730"/>
    <w:rsid w:val="00B91F87"/>
    <w:rsid w:val="00C36F86"/>
    <w:rsid w:val="00C95A4C"/>
    <w:rsid w:val="00CB0664"/>
    <w:rsid w:val="00D44B92"/>
    <w:rsid w:val="00E20E68"/>
    <w:rsid w:val="00E83AA5"/>
    <w:rsid w:val="00EC363A"/>
    <w:rsid w:val="00FB0E8E"/>
    <w:rsid w:val="00FB5D0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50F5B5C"/>
  <w14:defaultImageDpi w14:val="300"/>
  <w15:docId w15:val="{11166736-5649-46B1-ABC0-D3FEABA1E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40" w:lineRule="auto"/>
    </w:pPr>
    <w:rPr>
      <w:rFonts w:ascii="Arial" w:hAnsi="Arial"/>
      <w:color w:val="00000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3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Refdecomentrio">
    <w:name w:val="annotation reference"/>
    <w:basedOn w:val="Fontepargpadro"/>
    <w:uiPriority w:val="99"/>
    <w:semiHidden/>
    <w:unhideWhenUsed/>
    <w:rsid w:val="000F0C9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F0C9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F0C9C"/>
    <w:rPr>
      <w:rFonts w:ascii="Arial" w:hAnsi="Arial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F0C9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F0C9C"/>
    <w:rPr>
      <w:rFonts w:ascii="Arial" w:hAnsi="Arial"/>
      <w:b/>
      <w:bCs/>
      <w:color w:val="000000"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0716B2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716B2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E7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7E75"/>
    <w:rPr>
      <w:rFonts w:ascii="Segoe UI" w:hAnsi="Segoe UI" w:cs="Segoe UI"/>
      <w:color w:val="000000"/>
      <w:sz w:val="18"/>
      <w:szCs w:val="18"/>
    </w:rPr>
  </w:style>
  <w:style w:type="paragraph" w:styleId="NormalWeb">
    <w:name w:val="Normal (Web)"/>
    <w:basedOn w:val="Normal"/>
    <w:uiPriority w:val="99"/>
    <w:unhideWhenUsed/>
    <w:rsid w:val="007579C5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24"/>
      <w:szCs w:val="24"/>
      <w:lang w:val="pt-BR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1B2E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4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EC4E912-7D1E-4770-8F75-4D982C1D0F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864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José Matheus Passos</cp:lastModifiedBy>
  <cp:revision>4</cp:revision>
  <cp:lastPrinted>2026-10-01T19:13:00Z</cp:lastPrinted>
  <dcterms:created xsi:type="dcterms:W3CDTF">2026-10-01T19:14:00Z</dcterms:created>
  <dcterms:modified xsi:type="dcterms:W3CDTF">2026-10-01T19:17:00Z</dcterms:modified>
  <cp:category/>
</cp:coreProperties>
</file>